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before="0"/>
        <w:jc w:val="center"/>
      </w:pPr>
      <w:r>
        <w:rPr>
          <w:rFonts w:ascii="맑은 고딕" w:hAnsi="맑은 고딕" w:eastAsia="맑은 고딕"/>
          <w:b/>
          <w:sz w:val="40"/>
        </w:rPr>
        <w:t>이  력  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</w:tblPr>
      <w:tblGrid>
        <w:gridCol w:w="1701"/>
        <w:gridCol w:w="1134"/>
        <w:gridCol w:w="2438"/>
        <w:gridCol w:w="1134"/>
        <w:gridCol w:w="3231"/>
      </w:tblGrid>
      <w:tr>
        <w:trPr>
          <w:trHeight w:val="538" w:hRule="atLeast"/>
        </w:trPr>
        <w:tc>
          <w:tcPr>
            <w:tcW w:type="dxa" w:w="1701"/>
            <w:vMerge w:val="restart"/>
            <w:vAlign w:val="center"/>
          </w:tcPr>
          <w:p>
            <w:pPr>
              <w:spacing w:after="0"/>
              <w:jc w:val="center"/>
            </w:pPr>
            <w:r>
              <w:rPr>
                <w:color w:val="8B8F96"/>
              </w:rPr>
            </w:r>
            <w:r>
              <w:rPr>
                <w:rFonts w:ascii="맑은 고딕" w:hAnsi="맑은 고딕" w:eastAsia="맑은 고딕"/>
                <w:b w:val="0"/>
                <w:sz w:val="18"/>
              </w:rPr>
              <w:t>사 진</w:t>
              <w:br/>
              <w:t>(3×4cm)</w:t>
            </w:r>
          </w:p>
        </w:tc>
        <w:tc>
          <w:tcPr>
            <w:tcW w:type="dxa" w:w="1134"/>
            <w:vAlign w:val="center"/>
            <w:shd w:val="clear" w:color="auto" w:fill="F1F3F6"/>
          </w:tcPr>
          <w:p>
            <w:pPr>
              <w:spacing w:after="0"/>
              <w:jc w:val="center"/>
            </w:pPr>
            <w:r/>
            <w:r>
              <w:rPr>
                <w:rFonts w:ascii="맑은 고딕" w:hAnsi="맑은 고딕" w:eastAsia="맑은 고딕"/>
                <w:b/>
                <w:sz w:val="20"/>
              </w:rPr>
              <w:t>성  명</w:t>
            </w:r>
          </w:p>
        </w:tc>
        <w:tc>
          <w:tcPr>
            <w:tcW w:type="dxa" w:w="243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  <w:tc>
          <w:tcPr>
            <w:tcW w:type="dxa" w:w="1134"/>
            <w:vAlign w:val="center"/>
            <w:shd w:val="clear" w:color="auto" w:fill="F1F3F6"/>
          </w:tcPr>
          <w:p>
            <w:pPr>
              <w:spacing w:after="0"/>
              <w:jc w:val="center"/>
            </w:pPr>
            <w:r/>
            <w:r>
              <w:rPr>
                <w:rFonts w:ascii="맑은 고딕" w:hAnsi="맑은 고딕" w:eastAsia="맑은 고딕"/>
                <w:b/>
                <w:sz w:val="20"/>
              </w:rPr>
              <w:t>생년월일</w:t>
            </w:r>
          </w:p>
        </w:tc>
        <w:tc>
          <w:tcPr>
            <w:tcW w:type="dxa" w:w="323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</w:tr>
      <w:tr>
        <w:trPr>
          <w:trHeight w:val="538" w:hRule="atLeast"/>
        </w:trPr>
        <w:tc>
          <w:tcPr>
            <w:tcW w:type="dxa" w:w="1928"/>
            <w:vMerge/>
          </w:tcPr>
          <w:p/>
        </w:tc>
        <w:tc>
          <w:tcPr>
            <w:tcW w:type="dxa" w:w="1134"/>
            <w:vAlign w:val="center"/>
            <w:shd w:val="clear" w:color="auto" w:fill="F1F3F6"/>
          </w:tcPr>
          <w:p>
            <w:pPr>
              <w:spacing w:after="0"/>
              <w:jc w:val="center"/>
            </w:pPr>
            <w:r/>
            <w:r>
              <w:rPr>
                <w:rFonts w:ascii="맑은 고딕" w:hAnsi="맑은 고딕" w:eastAsia="맑은 고딕"/>
                <w:b/>
                <w:sz w:val="20"/>
              </w:rPr>
              <w:t>연 락 처</w:t>
            </w:r>
          </w:p>
        </w:tc>
        <w:tc>
          <w:tcPr>
            <w:tcW w:type="dxa" w:w="243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  <w:tc>
          <w:tcPr>
            <w:tcW w:type="dxa" w:w="1134"/>
            <w:vAlign w:val="center"/>
            <w:shd w:val="clear" w:color="auto" w:fill="F1F3F6"/>
          </w:tcPr>
          <w:p>
            <w:pPr>
              <w:spacing w:after="0"/>
              <w:jc w:val="center"/>
            </w:pPr>
            <w:r/>
            <w:r>
              <w:rPr>
                <w:rFonts w:ascii="맑은 고딕" w:hAnsi="맑은 고딕" w:eastAsia="맑은 고딕"/>
                <w:b/>
                <w:sz w:val="20"/>
              </w:rPr>
              <w:t>이 메 일</w:t>
            </w:r>
          </w:p>
        </w:tc>
        <w:tc>
          <w:tcPr>
            <w:tcW w:type="dxa" w:w="323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</w:tr>
      <w:tr>
        <w:trPr>
          <w:trHeight w:val="538" w:hRule="atLeast"/>
        </w:trPr>
        <w:tc>
          <w:tcPr>
            <w:tcW w:type="dxa" w:w="1928"/>
            <w:vMerge/>
          </w:tcPr>
          <w:p/>
        </w:tc>
        <w:tc>
          <w:tcPr>
            <w:tcW w:type="dxa" w:w="1134"/>
            <w:vAlign w:val="center"/>
            <w:shd w:val="clear" w:color="auto" w:fill="F1F3F6"/>
          </w:tcPr>
          <w:p>
            <w:pPr>
              <w:spacing w:after="0"/>
              <w:jc w:val="center"/>
            </w:pPr>
            <w:r/>
            <w:r>
              <w:rPr>
                <w:rFonts w:ascii="맑은 고딕" w:hAnsi="맑은 고딕" w:eastAsia="맑은 고딕"/>
                <w:b/>
                <w:sz w:val="20"/>
              </w:rPr>
              <w:t>주  소</w:t>
            </w:r>
          </w:p>
        </w:tc>
        <w:tc>
          <w:tcPr>
            <w:tcW w:type="dxa" w:w="3231"/>
            <w:gridSpan w:val="3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</w:tr>
      <w:tr>
        <w:trPr>
          <w:trHeight w:val="538" w:hRule="atLeast"/>
        </w:trPr>
        <w:tc>
          <w:tcPr>
            <w:tcW w:type="dxa" w:w="1928"/>
            <w:vMerge/>
          </w:tcPr>
          <w:p/>
        </w:tc>
        <w:tc>
          <w:tcPr>
            <w:tcW w:type="dxa" w:w="1134"/>
            <w:vAlign w:val="center"/>
            <w:shd w:val="clear" w:color="auto" w:fill="F1F3F6"/>
          </w:tcPr>
          <w:p>
            <w:pPr>
              <w:spacing w:after="0"/>
              <w:jc w:val="center"/>
            </w:pPr>
            <w:r/>
            <w:r>
              <w:rPr>
                <w:rFonts w:ascii="맑은 고딕" w:hAnsi="맑은 고딕" w:eastAsia="맑은 고딕"/>
                <w:b/>
                <w:sz w:val="20"/>
              </w:rPr>
              <w:t>지원 분야</w:t>
            </w:r>
          </w:p>
        </w:tc>
        <w:tc>
          <w:tcPr>
            <w:tcW w:type="dxa" w:w="243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  <w:tc>
          <w:tcPr>
            <w:tcW w:type="dxa" w:w="1134"/>
            <w:vAlign w:val="center"/>
            <w:shd w:val="clear" w:color="auto" w:fill="F1F3F6"/>
          </w:tcPr>
          <w:p>
            <w:pPr>
              <w:spacing w:after="0"/>
              <w:jc w:val="center"/>
            </w:pPr>
            <w:r/>
            <w:r>
              <w:rPr>
                <w:rFonts w:ascii="맑은 고딕" w:hAnsi="맑은 고딕" w:eastAsia="맑은 고딕"/>
                <w:b/>
                <w:sz w:val="20"/>
              </w:rPr>
              <w:t>구  분</w:t>
            </w:r>
          </w:p>
        </w:tc>
        <w:tc>
          <w:tcPr>
            <w:tcW w:type="dxa" w:w="323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  <w:t>□ 신입   □ 경력 (    년    개월)</w:t>
            </w:r>
          </w:p>
        </w:tc>
      </w:tr>
    </w:tbl>
    <w:p>
      <w:pPr>
        <w:spacing w:after="60" w:before="200"/>
        <w:jc w:val="left"/>
      </w:pPr>
      <w:r>
        <w:rPr>
          <w:rFonts w:ascii="맑은 고딕" w:hAnsi="맑은 고딕" w:eastAsia="맑은 고딕"/>
          <w:b/>
          <w:sz w:val="23"/>
        </w:rPr>
        <w:t>학력사항</w:t>
      </w:r>
      <w:r>
        <w:rPr>
          <w:rFonts w:ascii="맑은 고딕" w:hAnsi="맑은 고딕" w:eastAsia="맑은 고딕"/>
          <w:b w:val="0"/>
          <w:color w:val="6B6F76"/>
          <w:sz w:val="17"/>
        </w:rPr>
        <w:t xml:space="preserve">   오래된 순 · 최종 학력이 맨 아래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</w:tblPr>
      <w:tblGrid>
        <w:gridCol w:w="2381"/>
        <w:gridCol w:w="3175"/>
        <w:gridCol w:w="2494"/>
        <w:gridCol w:w="1587"/>
      </w:tblGrid>
      <w:tr>
        <w:trPr>
          <w:trHeight w:val="425" w:hRule="atLeast"/>
        </w:trPr>
        <w:tc>
          <w:tcPr>
            <w:tcW w:type="dxa" w:w="2381"/>
            <w:vAlign w:val="center"/>
            <w:shd w:val="clear" w:color="auto" w:fill="F1F3F6"/>
          </w:tcPr>
          <w:p>
            <w:pPr>
              <w:spacing w:after="0"/>
              <w:jc w:val="center"/>
            </w:pPr>
            <w:r/>
            <w:r>
              <w:rPr>
                <w:rFonts w:ascii="맑은 고딕" w:hAnsi="맑은 고딕" w:eastAsia="맑은 고딕"/>
                <w:b/>
                <w:sz w:val="20"/>
              </w:rPr>
              <w:t>기  간</w:t>
            </w:r>
          </w:p>
        </w:tc>
        <w:tc>
          <w:tcPr>
            <w:tcW w:type="dxa" w:w="3175"/>
            <w:vAlign w:val="center"/>
            <w:shd w:val="clear" w:color="auto" w:fill="F1F3F6"/>
          </w:tcPr>
          <w:p>
            <w:pPr>
              <w:spacing w:after="0"/>
              <w:jc w:val="center"/>
            </w:pPr>
            <w:r/>
            <w:r>
              <w:rPr>
                <w:rFonts w:ascii="맑은 고딕" w:hAnsi="맑은 고딕" w:eastAsia="맑은 고딕"/>
                <w:b/>
                <w:sz w:val="20"/>
              </w:rPr>
              <w:t>학 교 명</w:t>
            </w:r>
          </w:p>
        </w:tc>
        <w:tc>
          <w:tcPr>
            <w:tcW w:type="dxa" w:w="2494"/>
            <w:vAlign w:val="center"/>
            <w:shd w:val="clear" w:color="auto" w:fill="F1F3F6"/>
          </w:tcPr>
          <w:p>
            <w:pPr>
              <w:spacing w:after="0"/>
              <w:jc w:val="center"/>
            </w:pPr>
            <w:r/>
            <w:r>
              <w:rPr>
                <w:rFonts w:ascii="맑은 고딕" w:hAnsi="맑은 고딕" w:eastAsia="맑은 고딕"/>
                <w:b/>
                <w:sz w:val="20"/>
              </w:rPr>
              <w:t>전  공</w:t>
            </w:r>
          </w:p>
        </w:tc>
        <w:tc>
          <w:tcPr>
            <w:tcW w:type="dxa" w:w="1587"/>
            <w:vAlign w:val="center"/>
            <w:shd w:val="clear" w:color="auto" w:fill="F1F3F6"/>
          </w:tcPr>
          <w:p>
            <w:pPr>
              <w:spacing w:after="0"/>
              <w:jc w:val="center"/>
            </w:pPr>
            <w:r/>
            <w:r>
              <w:rPr>
                <w:rFonts w:ascii="맑은 고딕" w:hAnsi="맑은 고딕" w:eastAsia="맑은 고딕"/>
                <w:b/>
                <w:sz w:val="20"/>
              </w:rPr>
              <w:t>구  분</w:t>
            </w:r>
          </w:p>
        </w:tc>
      </w:tr>
      <w:tr>
        <w:trPr>
          <w:trHeight w:val="481" w:hRule="atLeast"/>
        </w:trPr>
        <w:tc>
          <w:tcPr>
            <w:tcW w:type="dxa" w:w="238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  <w:tc>
          <w:tcPr>
            <w:tcW w:type="dxa" w:w="3175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  <w:tc>
          <w:tcPr>
            <w:tcW w:type="dxa" w:w="2494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  <w:tc>
          <w:tcPr>
            <w:tcW w:type="dxa" w:w="158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</w:tr>
      <w:tr>
        <w:trPr>
          <w:trHeight w:val="481" w:hRule="atLeast"/>
        </w:trPr>
        <w:tc>
          <w:tcPr>
            <w:tcW w:type="dxa" w:w="238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  <w:tc>
          <w:tcPr>
            <w:tcW w:type="dxa" w:w="3175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  <w:tc>
          <w:tcPr>
            <w:tcW w:type="dxa" w:w="2494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  <w:tc>
          <w:tcPr>
            <w:tcW w:type="dxa" w:w="158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</w:tr>
      <w:tr>
        <w:trPr>
          <w:trHeight w:val="481" w:hRule="atLeast"/>
        </w:trPr>
        <w:tc>
          <w:tcPr>
            <w:tcW w:type="dxa" w:w="238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  <w:tc>
          <w:tcPr>
            <w:tcW w:type="dxa" w:w="3175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  <w:tc>
          <w:tcPr>
            <w:tcW w:type="dxa" w:w="2494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  <w:tc>
          <w:tcPr>
            <w:tcW w:type="dxa" w:w="158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</w:tr>
      <w:tr>
        <w:trPr>
          <w:trHeight w:val="481" w:hRule="atLeast"/>
        </w:trPr>
        <w:tc>
          <w:tcPr>
            <w:tcW w:type="dxa" w:w="238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  <w:tc>
          <w:tcPr>
            <w:tcW w:type="dxa" w:w="3175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  <w:tc>
          <w:tcPr>
            <w:tcW w:type="dxa" w:w="2494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  <w:tc>
          <w:tcPr>
            <w:tcW w:type="dxa" w:w="158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</w:tr>
    </w:tbl>
    <w:p>
      <w:pPr>
        <w:spacing w:after="60" w:before="200"/>
        <w:jc w:val="left"/>
      </w:pPr>
      <w:r>
        <w:rPr>
          <w:rFonts w:ascii="맑은 고딕" w:hAnsi="맑은 고딕" w:eastAsia="맑은 고딕"/>
          <w:b/>
          <w:sz w:val="23"/>
        </w:rPr>
        <w:t>경력사항</w:t>
      </w:r>
      <w:r>
        <w:rPr>
          <w:rFonts w:ascii="맑은 고딕" w:hAnsi="맑은 고딕" w:eastAsia="맑은 고딕"/>
          <w:b w:val="0"/>
          <w:color w:val="6B6F76"/>
          <w:sz w:val="17"/>
        </w:rPr>
        <w:t xml:space="preserve">   총 경력          년          개월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</w:tblPr>
      <w:tblGrid>
        <w:gridCol w:w="2381"/>
        <w:gridCol w:w="2608"/>
        <w:gridCol w:w="2041"/>
        <w:gridCol w:w="2608"/>
      </w:tblGrid>
      <w:tr>
        <w:trPr>
          <w:trHeight w:val="425" w:hRule="atLeast"/>
        </w:trPr>
        <w:tc>
          <w:tcPr>
            <w:tcW w:type="dxa" w:w="2381"/>
            <w:vAlign w:val="center"/>
            <w:shd w:val="clear" w:color="auto" w:fill="F1F3F6"/>
          </w:tcPr>
          <w:p>
            <w:pPr>
              <w:spacing w:after="0"/>
              <w:jc w:val="center"/>
            </w:pPr>
            <w:r/>
            <w:r>
              <w:rPr>
                <w:rFonts w:ascii="맑은 고딕" w:hAnsi="맑은 고딕" w:eastAsia="맑은 고딕"/>
                <w:b/>
                <w:sz w:val="20"/>
              </w:rPr>
              <w:t>기  간</w:t>
            </w:r>
          </w:p>
        </w:tc>
        <w:tc>
          <w:tcPr>
            <w:tcW w:type="dxa" w:w="2608"/>
            <w:vAlign w:val="center"/>
            <w:shd w:val="clear" w:color="auto" w:fill="F1F3F6"/>
          </w:tcPr>
          <w:p>
            <w:pPr>
              <w:spacing w:after="0"/>
              <w:jc w:val="center"/>
            </w:pPr>
            <w:r/>
            <w:r>
              <w:rPr>
                <w:rFonts w:ascii="맑은 고딕" w:hAnsi="맑은 고딕" w:eastAsia="맑은 고딕"/>
                <w:b/>
                <w:sz w:val="20"/>
              </w:rPr>
              <w:t>회 사 명</w:t>
            </w:r>
          </w:p>
        </w:tc>
        <w:tc>
          <w:tcPr>
            <w:tcW w:type="dxa" w:w="2041"/>
            <w:vAlign w:val="center"/>
            <w:shd w:val="clear" w:color="auto" w:fill="F1F3F6"/>
          </w:tcPr>
          <w:p>
            <w:pPr>
              <w:spacing w:after="0"/>
              <w:jc w:val="center"/>
            </w:pPr>
            <w:r/>
            <w:r>
              <w:rPr>
                <w:rFonts w:ascii="맑은 고딕" w:hAnsi="맑은 고딕" w:eastAsia="맑은 고딕"/>
                <w:b/>
                <w:sz w:val="20"/>
              </w:rPr>
              <w:t>부서 · 직위</w:t>
            </w:r>
          </w:p>
        </w:tc>
        <w:tc>
          <w:tcPr>
            <w:tcW w:type="dxa" w:w="2608"/>
            <w:vAlign w:val="center"/>
            <w:shd w:val="clear" w:color="auto" w:fill="F1F3F6"/>
          </w:tcPr>
          <w:p>
            <w:pPr>
              <w:spacing w:after="0"/>
              <w:jc w:val="center"/>
            </w:pPr>
            <w:r/>
            <w:r>
              <w:rPr>
                <w:rFonts w:ascii="맑은 고딕" w:hAnsi="맑은 고딕" w:eastAsia="맑은 고딕"/>
                <w:b/>
                <w:sz w:val="20"/>
              </w:rPr>
              <w:t>담 당 업 무</w:t>
            </w:r>
          </w:p>
        </w:tc>
      </w:tr>
      <w:tr>
        <w:trPr>
          <w:trHeight w:val="481" w:hRule="atLeast"/>
        </w:trPr>
        <w:tc>
          <w:tcPr>
            <w:tcW w:type="dxa" w:w="238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  <w:tc>
          <w:tcPr>
            <w:tcW w:type="dxa" w:w="260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  <w:tc>
          <w:tcPr>
            <w:tcW w:type="dxa" w:w="204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  <w:tc>
          <w:tcPr>
            <w:tcW w:type="dxa" w:w="260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</w:tr>
      <w:tr>
        <w:trPr>
          <w:trHeight w:val="481" w:hRule="atLeast"/>
        </w:trPr>
        <w:tc>
          <w:tcPr>
            <w:tcW w:type="dxa" w:w="238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  <w:tc>
          <w:tcPr>
            <w:tcW w:type="dxa" w:w="260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  <w:tc>
          <w:tcPr>
            <w:tcW w:type="dxa" w:w="204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  <w:tc>
          <w:tcPr>
            <w:tcW w:type="dxa" w:w="260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</w:tr>
      <w:tr>
        <w:trPr>
          <w:trHeight w:val="481" w:hRule="atLeast"/>
        </w:trPr>
        <w:tc>
          <w:tcPr>
            <w:tcW w:type="dxa" w:w="238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  <w:tc>
          <w:tcPr>
            <w:tcW w:type="dxa" w:w="260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  <w:tc>
          <w:tcPr>
            <w:tcW w:type="dxa" w:w="204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  <w:tc>
          <w:tcPr>
            <w:tcW w:type="dxa" w:w="260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</w:tr>
      <w:tr>
        <w:trPr>
          <w:trHeight w:val="481" w:hRule="atLeast"/>
        </w:trPr>
        <w:tc>
          <w:tcPr>
            <w:tcW w:type="dxa" w:w="238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  <w:tc>
          <w:tcPr>
            <w:tcW w:type="dxa" w:w="260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  <w:tc>
          <w:tcPr>
            <w:tcW w:type="dxa" w:w="204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  <w:tc>
          <w:tcPr>
            <w:tcW w:type="dxa" w:w="260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</w:tr>
    </w:tbl>
    <w:p>
      <w:pPr>
        <w:spacing w:after="60" w:before="200"/>
        <w:jc w:val="left"/>
      </w:pPr>
      <w:r>
        <w:rPr>
          <w:rFonts w:ascii="맑은 고딕" w:hAnsi="맑은 고딕" w:eastAsia="맑은 고딕"/>
          <w:b/>
          <w:sz w:val="23"/>
        </w:rPr>
        <w:t>자격 · 면허 · 어학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</w:tblPr>
      <w:tblGrid>
        <w:gridCol w:w="2381"/>
        <w:gridCol w:w="3969"/>
        <w:gridCol w:w="3288"/>
      </w:tblGrid>
      <w:tr>
        <w:trPr>
          <w:trHeight w:val="425" w:hRule="atLeast"/>
        </w:trPr>
        <w:tc>
          <w:tcPr>
            <w:tcW w:type="dxa" w:w="2381"/>
            <w:vAlign w:val="center"/>
            <w:shd w:val="clear" w:color="auto" w:fill="F1F3F6"/>
          </w:tcPr>
          <w:p>
            <w:pPr>
              <w:spacing w:after="0"/>
              <w:jc w:val="center"/>
            </w:pPr>
            <w:r/>
            <w:r>
              <w:rPr>
                <w:rFonts w:ascii="맑은 고딕" w:hAnsi="맑은 고딕" w:eastAsia="맑은 고딕"/>
                <w:b/>
                <w:sz w:val="20"/>
              </w:rPr>
              <w:t>취 득 일</w:t>
            </w:r>
          </w:p>
        </w:tc>
        <w:tc>
          <w:tcPr>
            <w:tcW w:type="dxa" w:w="3969"/>
            <w:vAlign w:val="center"/>
            <w:shd w:val="clear" w:color="auto" w:fill="F1F3F6"/>
          </w:tcPr>
          <w:p>
            <w:pPr>
              <w:spacing w:after="0"/>
              <w:jc w:val="center"/>
            </w:pPr>
            <w:r/>
            <w:r>
              <w:rPr>
                <w:rFonts w:ascii="맑은 고딕" w:hAnsi="맑은 고딕" w:eastAsia="맑은 고딕"/>
                <w:b/>
                <w:sz w:val="20"/>
              </w:rPr>
              <w:t>자격 · 시험명</w:t>
            </w:r>
          </w:p>
        </w:tc>
        <w:tc>
          <w:tcPr>
            <w:tcW w:type="dxa" w:w="3288"/>
            <w:vAlign w:val="center"/>
            <w:shd w:val="clear" w:color="auto" w:fill="F1F3F6"/>
          </w:tcPr>
          <w:p>
            <w:pPr>
              <w:spacing w:after="0"/>
              <w:jc w:val="center"/>
            </w:pPr>
            <w:r/>
            <w:r>
              <w:rPr>
                <w:rFonts w:ascii="맑은 고딕" w:hAnsi="맑은 고딕" w:eastAsia="맑은 고딕"/>
                <w:b/>
                <w:sz w:val="20"/>
              </w:rPr>
              <w:t>발급기관 · 점수</w:t>
            </w:r>
          </w:p>
        </w:tc>
      </w:tr>
      <w:tr>
        <w:trPr>
          <w:trHeight w:val="481" w:hRule="atLeast"/>
        </w:trPr>
        <w:tc>
          <w:tcPr>
            <w:tcW w:type="dxa" w:w="238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  <w:tc>
          <w:tcPr>
            <w:tcW w:type="dxa" w:w="3969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  <w:tc>
          <w:tcPr>
            <w:tcW w:type="dxa" w:w="328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</w:tr>
      <w:tr>
        <w:trPr>
          <w:trHeight w:val="481" w:hRule="atLeast"/>
        </w:trPr>
        <w:tc>
          <w:tcPr>
            <w:tcW w:type="dxa" w:w="238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  <w:tc>
          <w:tcPr>
            <w:tcW w:type="dxa" w:w="3969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  <w:tc>
          <w:tcPr>
            <w:tcW w:type="dxa" w:w="328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</w:tr>
      <w:tr>
        <w:trPr>
          <w:trHeight w:val="481" w:hRule="atLeast"/>
        </w:trPr>
        <w:tc>
          <w:tcPr>
            <w:tcW w:type="dxa" w:w="238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  <w:tc>
          <w:tcPr>
            <w:tcW w:type="dxa" w:w="3969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  <w:tc>
          <w:tcPr>
            <w:tcW w:type="dxa" w:w="328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</w:tr>
    </w:tbl>
    <w:p>
      <w:pPr>
        <w:spacing w:after="60" w:before="200"/>
        <w:jc w:val="left"/>
      </w:pPr>
      <w:r>
        <w:rPr>
          <w:rFonts w:ascii="맑은 고딕" w:hAnsi="맑은 고딕" w:eastAsia="맑은 고딕"/>
          <w:b/>
          <w:sz w:val="23"/>
        </w:rPr>
        <w:t>병역사항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</w:tblPr>
      <w:tblGrid>
        <w:gridCol w:w="2381"/>
        <w:gridCol w:w="7257"/>
      </w:tblGrid>
      <w:tr>
        <w:trPr>
          <w:trHeight w:val="481" w:hRule="atLeast"/>
        </w:trPr>
        <w:tc>
          <w:tcPr>
            <w:tcW w:type="dxa" w:w="2381"/>
            <w:vAlign w:val="center"/>
            <w:shd w:val="clear" w:color="auto" w:fill="F1F3F6"/>
          </w:tcPr>
          <w:p>
            <w:pPr>
              <w:spacing w:after="0"/>
              <w:jc w:val="center"/>
            </w:pPr>
            <w:r/>
            <w:r>
              <w:rPr>
                <w:rFonts w:ascii="맑은 고딕" w:hAnsi="맑은 고딕" w:eastAsia="맑은 고딕"/>
                <w:b/>
                <w:sz w:val="20"/>
              </w:rPr>
              <w:t>병  역</w:t>
            </w:r>
          </w:p>
        </w:tc>
        <w:tc>
          <w:tcPr>
            <w:tcW w:type="dxa" w:w="725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  <w:t>□ 군필   □ 미필   □ 면제   □ 해당 없음     (복무 내용:                              )</w:t>
            </w:r>
          </w:p>
        </w:tc>
      </w:tr>
    </w:tbl>
    <w:p>
      <w:pPr>
        <w:spacing w:after="160" w:before="320"/>
        <w:jc w:val="center"/>
      </w:pPr>
      <w:r>
        <w:rPr>
          <w:rFonts w:ascii="맑은 고딕" w:hAnsi="맑은 고딕" w:eastAsia="맑은 고딕"/>
          <w:b/>
          <w:sz w:val="21"/>
        </w:rPr>
        <w:t>위 기재 사항은 사실과 다름이 없음을 확인합니다.</w:t>
      </w:r>
    </w:p>
    <w:p>
      <w:pPr>
        <w:spacing w:after="160" w:before="0"/>
        <w:jc w:val="center"/>
      </w:pPr>
      <w:r>
        <w:rPr>
          <w:rFonts w:ascii="맑은 고딕" w:hAnsi="맑은 고딕" w:eastAsia="맑은 고딕"/>
          <w:b w:val="0"/>
          <w:sz w:val="21"/>
        </w:rPr>
        <w:t xml:space="preserve">            년          월          일</w:t>
      </w:r>
    </w:p>
    <w:p>
      <w:pPr>
        <w:spacing w:after="0" w:before="0"/>
        <w:jc w:val="right"/>
      </w:pPr>
      <w:r>
        <w:rPr>
          <w:rFonts w:ascii="맑은 고딕" w:hAnsi="맑은 고딕" w:eastAsia="맑은 고딕"/>
          <w:b/>
          <w:sz w:val="21"/>
        </w:rPr>
        <w:t>작성자                          (인)</w:t>
      </w:r>
    </w:p>
    <w:sectPr w:rsidR="00FC693F" w:rsidRPr="0006063C" w:rsidSect="00034616">
      <w:pgSz w:w="11906" w:h="16838"/>
      <w:pgMar w:top="1020" w:right="1134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