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Noto Sans CJK KR" w:hAnsi="Noto Sans CJK KR" w:eastAsia="Noto Sans CJK KR"/>
          <w:b/>
          <w:color w:val="111827"/>
          <w:sz w:val="15"/>
        </w:rPr>
        <w:t>Minimal Template</w:t>
      </w:r>
    </w:p>
    <w:p>
      <w:pPr>
        <w:jc w:val="center"/>
      </w:pPr>
      <w:r>
        <w:rPr>
          <w:rFonts w:ascii="Noto Sans CJK KR" w:hAnsi="Noto Sans CJK KR" w:eastAsia="Noto Sans CJK KR"/>
          <w:b/>
          <w:color w:val="111827"/>
          <w:sz w:val="44"/>
        </w:rPr>
        <w:t>사직서</w:t>
      </w:r>
    </w:p>
    <w:p>
      <w:pPr>
        <w:jc w:val="center"/>
      </w:pPr>
      <w:r>
        <w:rPr>
          <w:rFonts w:ascii="Noto Sans CJK KR" w:hAnsi="Noto Sans CJK KR" w:eastAsia="Noto Sans CJK KR"/>
          <w:b w:val="0"/>
          <w:color w:val="6B7280"/>
          <w:sz w:val="16"/>
        </w:rPr>
        <w:t>불필요한 장식을 줄인 간결한 사직서 양식입니다.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9864"/>
            <w:gridSpan w:val="4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9"/>
              </w:rPr>
              <w:t>기본 정보</w:t>
            </w:r>
          </w:p>
        </w:tc>
      </w:tr>
      <w:tr>
        <w:tc>
          <w:tcPr>
            <w:tcW w:type="dxa" w:w="1814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9FAFB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7"/>
              </w:rPr>
              <w:t>소속</w:t>
            </w:r>
          </w:p>
        </w:tc>
        <w:tc>
          <w:tcPr>
            <w:tcW w:type="dxa" w:w="3118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</w:r>
          </w:p>
        </w:tc>
        <w:tc>
          <w:tcPr>
            <w:tcW w:type="dxa" w:w="1814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9FAFB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7"/>
              </w:rPr>
              <w:t>직위</w:t>
            </w:r>
          </w:p>
        </w:tc>
        <w:tc>
          <w:tcPr>
            <w:tcW w:type="dxa" w:w="3118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</w:r>
          </w:p>
        </w:tc>
      </w:tr>
      <w:tr>
        <w:tc>
          <w:tcPr>
            <w:tcW w:type="dxa" w:w="1814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9FAFB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7"/>
              </w:rPr>
              <w:t>성명</w:t>
            </w:r>
          </w:p>
        </w:tc>
        <w:tc>
          <w:tcPr>
            <w:tcW w:type="dxa" w:w="3118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</w:r>
          </w:p>
        </w:tc>
        <w:tc>
          <w:tcPr>
            <w:tcW w:type="dxa" w:w="1814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9FAFB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7"/>
              </w:rPr>
              <w:t>입사일</w:t>
            </w:r>
          </w:p>
        </w:tc>
        <w:tc>
          <w:tcPr>
            <w:tcW w:type="dxa" w:w="3118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  <w:t>20    년    월    일</w:t>
            </w:r>
          </w:p>
        </w:tc>
      </w:tr>
      <w:tr>
        <w:tc>
          <w:tcPr>
            <w:tcW w:type="dxa" w:w="1814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9FAFB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7"/>
              </w:rPr>
              <w:t>퇴사 예정일</w:t>
            </w:r>
          </w:p>
        </w:tc>
        <w:tc>
          <w:tcPr>
            <w:tcW w:type="dxa" w:w="3118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  <w:t>20    년    월    일</w:t>
            </w:r>
          </w:p>
        </w:tc>
        <w:tc>
          <w:tcPr>
            <w:tcW w:type="dxa" w:w="1814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9FAFB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7"/>
              </w:rPr>
              <w:t>제출일</w:t>
            </w:r>
          </w:p>
        </w:tc>
        <w:tc>
          <w:tcPr>
            <w:tcW w:type="dxa" w:w="3118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  <w:t>20    년    월    일</w:t>
            </w:r>
          </w:p>
        </w:tc>
      </w:tr>
      <w:tr>
        <w:tc>
          <w:tcPr>
            <w:tcW w:type="dxa" w:w="9864"/>
            <w:gridSpan w:val="4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9"/>
              </w:rPr>
              <w:t>사직 사유</w:t>
            </w:r>
          </w:p>
        </w:tc>
      </w:tr>
      <w:tr>
        <w:trPr>
          <w:trHeight w:val="1928"/>
        </w:trPr>
        <w:tc>
          <w:tcPr>
            <w:tcW w:type="dxa" w:w="9864"/>
            <w:gridSpan w:val="4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8"/>
              </w:rPr>
              <w:t>□ 개인 사정    □ 경력 전환    □ 건강상 사유    □ 기타</w:t>
              <w:br/>
              <w:br/>
              <w:t>상세 사유: ____________________________________________________________________________</w:t>
              <w:br/>
              <w:t>________________________________________________________________________________________</w:t>
            </w:r>
          </w:p>
        </w:tc>
      </w:tr>
      <w:tr>
        <w:tc>
          <w:tcPr>
            <w:tcW w:type="dxa" w:w="9864"/>
            <w:gridSpan w:val="4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9"/>
              </w:rPr>
              <w:t>사직 의사 확인</w:t>
            </w:r>
          </w:p>
        </w:tc>
      </w:tr>
      <w:tr>
        <w:trPr>
          <w:trHeight w:val="1020"/>
        </w:trPr>
        <w:tc>
          <w:tcPr>
            <w:tcW w:type="dxa" w:w="9864"/>
            <w:gridSpan w:val="4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  <w:t>본인은 상기 사유로 인해 퇴사 예정일을 기준으로 사직하고자 하며, 회사의 인수인계 및 관련 절차에 성실히 협조하겠습니다.</w:t>
            </w:r>
          </w:p>
        </w:tc>
      </w:tr>
      <w:tr>
        <w:tc>
          <w:tcPr>
            <w:tcW w:type="dxa" w:w="9864"/>
            <w:gridSpan w:val="4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9"/>
              </w:rPr>
              <w:t>회사 제출 정보</w:t>
            </w:r>
          </w:p>
        </w:tc>
      </w:tr>
      <w:tr>
        <w:tc>
          <w:tcPr>
            <w:tcW w:type="dxa" w:w="1814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9FAFB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7"/>
              </w:rPr>
              <w:t>회사명</w:t>
            </w:r>
          </w:p>
        </w:tc>
        <w:tc>
          <w:tcPr>
            <w:tcW w:type="dxa" w:w="3118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</w:r>
          </w:p>
        </w:tc>
        <w:tc>
          <w:tcPr>
            <w:tcW w:type="dxa" w:w="1814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9FAFB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7"/>
              </w:rPr>
              <w:t>대표자</w:t>
            </w:r>
          </w:p>
        </w:tc>
        <w:tc>
          <w:tcPr>
            <w:tcW w:type="dxa" w:w="3118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  <w:t>대표자 귀하</w:t>
            </w:r>
          </w:p>
        </w:tc>
      </w:tr>
      <w:tr>
        <w:tc>
          <w:tcPr>
            <w:tcW w:type="dxa" w:w="9864"/>
            <w:gridSpan w:val="4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9"/>
              </w:rPr>
              <w:t>신청인 확인 및 서명</w:t>
            </w:r>
          </w:p>
        </w:tc>
      </w:tr>
      <w:tr>
        <w:tc>
          <w:tcPr>
            <w:tcW w:type="dxa" w:w="1814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9FAFB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7"/>
              </w:rPr>
              <w:t>작성일</w:t>
            </w:r>
          </w:p>
        </w:tc>
        <w:tc>
          <w:tcPr>
            <w:tcW w:type="dxa" w:w="3118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  <w:t>20    년    월    일</w:t>
            </w:r>
          </w:p>
        </w:tc>
        <w:tc>
          <w:tcPr>
            <w:tcW w:type="dxa" w:w="1814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9FAFB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7"/>
              </w:rPr>
              <w:t>신청인</w:t>
            </w:r>
          </w:p>
        </w:tc>
        <w:tc>
          <w:tcPr>
            <w:tcW w:type="dxa" w:w="3118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  <w:t>(서명 또는 날인)</w:t>
            </w:r>
          </w:p>
        </w:tc>
      </w:tr>
      <w:tr>
        <w:tc>
          <w:tcPr>
            <w:tcW w:type="dxa" w:w="1814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9FAFB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7"/>
              </w:rPr>
              <w:t>인사담당 확인</w:t>
            </w:r>
          </w:p>
        </w:tc>
        <w:tc>
          <w:tcPr>
            <w:tcW w:type="dxa" w:w="3118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</w:r>
          </w:p>
        </w:tc>
        <w:tc>
          <w:tcPr>
            <w:tcW w:type="dxa" w:w="1814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9FAFB"/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827"/>
                <w:sz w:val="17"/>
              </w:rPr>
              <w:t>접수일</w:t>
            </w:r>
          </w:p>
        </w:tc>
        <w:tc>
          <w:tcPr>
            <w:tcW w:type="dxa" w:w="3118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827"/>
                <w:sz w:val="17"/>
              </w:rPr>
              <w:t>20    년    월    일</w:t>
            </w:r>
          </w:p>
        </w:tc>
      </w:tr>
      <w:tr>
        <w:trPr>
          <w:trHeight w:val="850"/>
        </w:trPr>
        <w:tc>
          <w:tcPr>
            <w:tcW w:type="dxa" w:w="9864"/>
            <w:gridSpan w:val="4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  <w:insideH w:val="single" w:sz="6" w:space="0" w:color="E5E7EB"/>
              <w:insideV w:val="single" w:sz="6" w:space="0" w:color="E5E7EB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center"/>
            <w:shd w:fill="FFFFFF"/>
          </w:tcPr>
          <w:p>
            <w:pPr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6B7280"/>
                <w:sz w:val="16"/>
              </w:rPr>
              <w:t>유의사항: 본 양식은 사직 의사를 확인하기 위한 일반 양식입니다. 회사 내규에 따라 추가 서류 제출 또는 면담 절차가 필요할 수 있습니다.</w:t>
            </w:r>
          </w:p>
        </w:tc>
      </w:tr>
    </w:tbl>
    <w:p/>
    <w:p>
      <w:pPr>
        <w:jc w:val="center"/>
      </w:pPr>
      <w:r>
        <w:rPr>
          <w:rFonts w:ascii="Noto Sans CJK KR" w:hAnsi="Noto Sans CJK KR" w:eastAsia="Noto Sans CJK KR"/>
          <w:b w:val="0"/>
          <w:color w:val="9CA3AF"/>
          <w:sz w:val="13"/>
        </w:rPr>
        <w:t>Minimal Resignation Letter Template</w:t>
      </w:r>
    </w:p>
    <w:sectPr w:rsidR="00FC693F" w:rsidRPr="0006063C" w:rsidSect="00034616">
      <w:pgSz w:w="11906" w:h="16838"/>
      <w:pgMar w:top="964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KR" w:hAnsi="Noto Sans CJK KR" w:eastAsia="Noto Sans CJK K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