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/>
        <w:jc w:val="center"/>
      </w:pPr>
      <w:r>
        <w:rPr>
          <w:rFonts w:ascii="NanumGothic" w:hAnsi="NanumGothic" w:eastAsia="NanumGothic"/>
          <w:b/>
          <w:color w:val="000000"/>
          <w:sz w:val="36"/>
        </w:rPr>
        <w:t>탄 원 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제출처</w:t>
            </w:r>
          </w:p>
        </w:tc>
        <w:tc>
          <w:tcPr>
            <w:tcW w:type="dxa" w:w="3515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귀중</w:t>
            </w:r>
          </w:p>
        </w:tc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사건명</w:t>
            </w:r>
          </w:p>
        </w:tc>
        <w:tc>
          <w:tcPr>
            <w:tcW w:type="dxa" w:w="362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____________________________</w:t>
            </w:r>
          </w:p>
        </w:tc>
      </w:tr>
      <w:tr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탄원 대상</w:t>
            </w:r>
          </w:p>
        </w:tc>
        <w:tc>
          <w:tcPr>
            <w:tcW w:type="dxa" w:w="3515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관계</w:t>
            </w:r>
          </w:p>
        </w:tc>
        <w:tc>
          <w:tcPr>
            <w:tcW w:type="dxa" w:w="362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작성일</w:t>
            </w:r>
          </w:p>
        </w:tc>
        <w:tc>
          <w:tcPr>
            <w:tcW w:type="dxa" w:w="3515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20____년 ____월 ____일</w:t>
            </w:r>
          </w:p>
        </w:tc>
        <w:tc>
          <w:tcPr>
            <w:tcW w:type="dxa" w:w="1247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62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성명</w:t>
            </w:r>
          </w:p>
        </w:tc>
        <w:tc>
          <w:tcPr>
            <w:tcW w:type="dxa" w:w="3515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생년월일</w:t>
            </w:r>
          </w:p>
        </w:tc>
        <w:tc>
          <w:tcPr>
            <w:tcW w:type="dxa" w:w="3628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주소</w:t>
            </w:r>
          </w:p>
        </w:tc>
        <w:tc>
          <w:tcPr>
            <w:tcW w:type="dxa" w:w="3515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____________________________________________</w:t>
            </w:r>
          </w:p>
        </w:tc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628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8"/>
              </w:rPr>
              <w:t>탄원 취지</w:t>
            </w:r>
          </w:p>
        </w:tc>
      </w:tr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8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8"/>
              </w:rPr>
              <w:t>사건 경위</w:t>
            </w:r>
          </w:p>
        </w:tc>
      </w:tr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DEDED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8"/>
              </w:rPr>
              <w:t>탄원 사유 및 요청 사항</w:t>
            </w:r>
          </w:p>
        </w:tc>
      </w:tr>
      <w:tr>
        <w:tc>
          <w:tcPr>
            <w:tcW w:type="dxa" w:w="9638"/>
            <w:tcBorders>
              <w:top w:sz="5" w:val="single" w:color="777777"/>
              <w:left w:sz="5" w:val="single" w:color="777777"/>
              <w:bottom w:sz="5" w:val="single" w:color="777777"/>
              <w:right w:sz="5" w:val="single" w:color="777777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8"/>
              </w:rPr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첨부자료</w:t>
            </w:r>
          </w:p>
        </w:tc>
        <w:tc>
          <w:tcPr>
            <w:tcW w:type="dxa" w:w="8391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□ 있음  □ 없음      자료명: ________________________________</w:t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작성일</w:t>
            </w:r>
          </w:p>
        </w:tc>
        <w:tc>
          <w:tcPr>
            <w:tcW w:type="dxa" w:w="3402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20____년 ____월 ____일</w:t>
            </w:r>
          </w:p>
        </w:tc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탄원인</w:t>
            </w:r>
          </w:p>
        </w:tc>
        <w:tc>
          <w:tcPr>
            <w:tcW w:type="dxa" w:w="3742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(서명 또는 인)</w:t>
            </w:r>
          </w:p>
        </w:tc>
      </w:tr>
      <w:tr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제출처</w:t>
            </w:r>
          </w:p>
        </w:tc>
        <w:tc>
          <w:tcPr>
            <w:tcW w:type="dxa" w:w="3402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귀중</w:t>
            </w:r>
          </w:p>
        </w:tc>
        <w:tc>
          <w:tcPr>
            <w:tcW w:type="dxa" w:w="1247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5F5F5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742"/>
            <w:tcBorders>
              <w:top w:sz="5" w:val="single" w:color="8A8A8A"/>
              <w:left w:sz="5" w:val="single" w:color="8A8A8A"/>
              <w:bottom w:sz="5" w:val="single" w:color="8A8A8A"/>
              <w:right w:sz="5" w:val="single" w:color="8A8A8A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</w:tbl>
    <w:sectPr w:rsidR="00FC693F" w:rsidRPr="0006063C" w:rsidSect="00034616">
      <w:pgSz w:w="11906" w:h="16838"/>
      <w:pgMar w:top="709" w:right="907" w:bottom="709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