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center"/>
      </w:pPr>
      <w:r>
        <w:rPr>
          <w:rFonts w:ascii="NanumGothic" w:hAnsi="NanumGothic" w:eastAsia="NanumGothic"/>
          <w:b/>
          <w:sz w:val="42"/>
        </w:rPr>
        <w:t>견 적 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85" w:hRule="atLeast"/>
        </w:trPr>
        <w:tc>
          <w:tcPr>
            <w:tcW w:type="dxa" w:w="1417"/>
            <w:vAlign w:val="center"/>
            <w:shd w:fill="EDEDED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견적서 번호</w:t>
            </w:r>
          </w:p>
        </w:tc>
        <w:tc>
          <w:tcPr>
            <w:tcW w:type="dxa" w:w="3231"/>
            <w:vAlign w:val="center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360"/>
            <w:vAlign w:val="center"/>
            <w:shd w:fill="EDEDED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발행일</w:t>
            </w:r>
          </w:p>
        </w:tc>
        <w:tc>
          <w:tcPr>
            <w:tcW w:type="dxa" w:w="3288"/>
            <w:vAlign w:val="center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 xml:space="preserve">        년      월      일</w:t>
            </w:r>
          </w:p>
        </w:tc>
      </w:tr>
      <w:tr>
        <w:trPr>
          <w:trHeight w:val="385" w:hRule="atLeast"/>
        </w:trPr>
        <w:tc>
          <w:tcPr>
            <w:tcW w:type="dxa" w:w="1417"/>
            <w:vAlign w:val="center"/>
            <w:shd w:fill="EDEDED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공급자명</w:t>
            </w:r>
          </w:p>
        </w:tc>
        <w:tc>
          <w:tcPr>
            <w:tcW w:type="dxa" w:w="3231"/>
            <w:vAlign w:val="center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360"/>
            <w:vAlign w:val="center"/>
            <w:shd w:fill="EDEDED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고객명</w:t>
            </w:r>
          </w:p>
        </w:tc>
        <w:tc>
          <w:tcPr>
            <w:tcW w:type="dxa" w:w="3288"/>
            <w:vAlign w:val="center"/>
            <w:tcBorders>
              <w:top w:val="single" w:sz="5" w:color="9E9E9E"/>
              <w:bottom w:val="single" w:sz="5" w:color="9E9E9E"/>
              <w:left w:val="single" w:sz="5" w:color="9E9E9E"/>
              <w:right w:val="single" w:sz="5" w:color="9E9E9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F2F2F2"/>
            <w:tcBorders>
              <w:top w:val="single" w:sz="8" w:color="3A3A3A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3A3A3A"/>
                <w:sz w:val="18"/>
              </w:rPr>
              <w:t>공급자 정보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85" w:hRule="atLeast"/>
        </w:trPr>
        <w:tc>
          <w:tcPr>
            <w:tcW w:type="dxa" w:w="136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상호명</w:t>
            </w:r>
          </w:p>
        </w:tc>
        <w:tc>
          <w:tcPr>
            <w:tcW w:type="dxa" w:w="328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53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사업자등록번호</w:t>
            </w:r>
          </w:p>
        </w:tc>
        <w:tc>
          <w:tcPr>
            <w:tcW w:type="dxa" w:w="311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85" w:hRule="atLeast"/>
        </w:trPr>
        <w:tc>
          <w:tcPr>
            <w:tcW w:type="dxa" w:w="136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대표자명</w:t>
            </w:r>
          </w:p>
        </w:tc>
        <w:tc>
          <w:tcPr>
            <w:tcW w:type="dxa" w:w="328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53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11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85" w:hRule="atLeast"/>
        </w:trPr>
        <w:tc>
          <w:tcPr>
            <w:tcW w:type="dxa" w:w="136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주소</w:t>
            </w:r>
          </w:p>
        </w:tc>
        <w:tc>
          <w:tcPr>
            <w:tcW w:type="dxa" w:w="328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53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이메일</w:t>
            </w:r>
          </w:p>
        </w:tc>
        <w:tc>
          <w:tcPr>
            <w:tcW w:type="dxa" w:w="311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F2F2F2"/>
            <w:tcBorders>
              <w:top w:val="single" w:sz="8" w:color="3A3A3A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3A3A3A"/>
                <w:sz w:val="18"/>
              </w:rPr>
              <w:t>고객 정보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85" w:hRule="atLeast"/>
        </w:trPr>
        <w:tc>
          <w:tcPr>
            <w:tcW w:type="dxa" w:w="136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회사/성명</w:t>
            </w:r>
          </w:p>
        </w:tc>
        <w:tc>
          <w:tcPr>
            <w:tcW w:type="dxa" w:w="328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53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담당자</w:t>
            </w:r>
          </w:p>
        </w:tc>
        <w:tc>
          <w:tcPr>
            <w:tcW w:type="dxa" w:w="311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85" w:hRule="atLeast"/>
        </w:trPr>
        <w:tc>
          <w:tcPr>
            <w:tcW w:type="dxa" w:w="136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주소</w:t>
            </w:r>
          </w:p>
        </w:tc>
        <w:tc>
          <w:tcPr>
            <w:tcW w:type="dxa" w:w="328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530"/>
            <w:vAlign w:val="center"/>
            <w:shd w:fill="FAFAFA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118"/>
            <w:vAlign w:val="center"/>
            <w:tcBorders>
              <w:top w:val="single" w:sz="5" w:color="B7B7B7"/>
              <w:bottom w:val="single" w:sz="5" w:color="B7B7B7"/>
              <w:left w:val="single" w:sz="5" w:color="B7B7B7"/>
              <w:right w:val="single" w:sz="5" w:color="B7B7B7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rPr>
          <w:trHeight w:val="311" w:hRule="atLeast"/>
        </w:trPr>
        <w:tc>
          <w:tcPr>
            <w:tcW w:type="dxa" w:w="10488"/>
            <w:vAlign w:val="center"/>
            <w:shd w:fill="E7E7E7"/>
            <w:tcBorders>
              <w:top w:val="single" w:sz="8" w:color="3A3A3A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3A3A3A"/>
                <w:sz w:val="18"/>
              </w:rPr>
              <w:t>견적 내역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11"/>
        <w:gridCol w:w="1311"/>
        <w:gridCol w:w="1311"/>
        <w:gridCol w:w="1311"/>
        <w:gridCol w:w="1311"/>
        <w:gridCol w:w="1311"/>
        <w:gridCol w:w="1311"/>
        <w:gridCol w:w="1311"/>
      </w:tblGrid>
      <w:tr>
        <w:trPr>
          <w:trHeight w:val="283" w:hRule="atLeast"/>
        </w:trPr>
        <w:tc>
          <w:tcPr>
            <w:tcW w:type="dxa" w:w="51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No.</w:t>
            </w:r>
          </w:p>
        </w:tc>
        <w:tc>
          <w:tcPr>
            <w:tcW w:type="dxa" w:w="2097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품목명</w:t>
            </w:r>
          </w:p>
        </w:tc>
        <w:tc>
          <w:tcPr>
            <w:tcW w:type="dxa" w:w="119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규격</w:t>
            </w:r>
          </w:p>
        </w:tc>
        <w:tc>
          <w:tcPr>
            <w:tcW w:type="dxa" w:w="68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수량</w:t>
            </w:r>
          </w:p>
        </w:tc>
        <w:tc>
          <w:tcPr>
            <w:tcW w:type="dxa" w:w="1134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단가</w:t>
            </w:r>
          </w:p>
        </w:tc>
        <w:tc>
          <w:tcPr>
            <w:tcW w:type="dxa" w:w="119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공급가액</w:t>
            </w:r>
          </w:p>
        </w:tc>
        <w:tc>
          <w:tcPr>
            <w:tcW w:type="dxa" w:w="102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세액</w:t>
            </w:r>
          </w:p>
        </w:tc>
        <w:tc>
          <w:tcPr>
            <w:tcW w:type="dxa" w:w="1190"/>
            <w:vAlign w:val="center"/>
            <w:shd w:fill="D9D9D9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5"/>
              </w:rPr>
              <w:t>합계</w:t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2097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FAFAF"/>
              <w:bottom w:val="single" w:sz="4" w:color="AFAFAF"/>
              <w:left w:val="single" w:sz="4" w:color="AFAFAF"/>
              <w:right w:val="single" w:sz="4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2"/>
        <w:gridCol w:w="2622"/>
        <w:gridCol w:w="2622"/>
        <w:gridCol w:w="2622"/>
      </w:tblGrid>
      <w:tr>
        <w:trPr>
          <w:trHeight w:val="351" w:hRule="atLeast"/>
        </w:trPr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공급가액 합계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세액 합계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총 견적금액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견적 유효기간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351" w:hRule="atLeast"/>
        </w:trPr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결제 조건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납품/제공 예정일</w:t>
            </w:r>
          </w:p>
        </w:tc>
        <w:tc>
          <w:tcPr>
            <w:tcW w:type="dxa" w:w="2948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4"/>
        <w:gridCol w:w="5244"/>
      </w:tblGrid>
      <w:tr>
        <w:trPr>
          <w:trHeight w:val="822" w:hRule="atLeast"/>
        </w:trPr>
        <w:tc>
          <w:tcPr>
            <w:tcW w:type="dxa" w:w="1474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비고</w:t>
            </w:r>
          </w:p>
        </w:tc>
        <w:tc>
          <w:tcPr>
            <w:tcW w:type="dxa" w:w="7824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  <w:tr>
        <w:trPr>
          <w:trHeight w:val="425" w:hRule="atLeast"/>
        </w:trPr>
        <w:tc>
          <w:tcPr>
            <w:tcW w:type="dxa" w:w="1474"/>
            <w:vAlign w:val="center"/>
            <w:shd w:fill="EDEDED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담당자 서명 또는 날인</w:t>
            </w:r>
          </w:p>
        </w:tc>
        <w:tc>
          <w:tcPr>
            <w:tcW w:type="dxa" w:w="7824"/>
            <w:vAlign w:val="center"/>
            <w:tcBorders>
              <w:top w:val="single" w:sz="5" w:color="AFAFAF"/>
              <w:bottom w:val="single" w:sz="5" w:color="AFAFAF"/>
              <w:left w:val="single" w:sz="5" w:color="AFAFAF"/>
              <w:right w:val="single" w:sz="5" w:color="AFAFAF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sectPr w:rsidR="00FC693F" w:rsidRPr="0006063C" w:rsidSect="00034616">
      <w:pgSz w:w="11906" w:h="16838"/>
      <w:pgMar w:top="680" w:right="709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NanumGothic" w:hAnsi="NanumGothic" w:eastAsia="NanumGothi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