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3E4C8A"/>
            <w:tcBorders>
              <w:top w:val="single" w:sz="8" w:space="0" w:color="3E4C8A"/>
              <w:start w:val="single" w:sz="8" w:space="0" w:color="3E4C8A"/>
              <w:bottom w:val="single" w:sz="8" w:space="0" w:color="3E4C8A"/>
              <w:end w:val="single" w:sz="8" w:space="0" w:color="3E4C8A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40"/>
              </w:rPr>
              <w:t>경위서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E8EBF7"/>
            <w:vAlign w:val="center"/>
            <w:tcBorders>
              <w:top w:val="single" w:sz="2" w:space="0" w:color="9FA8DA"/>
              <w:start w:val="single" w:sz="2" w:space="0" w:color="9FA8DA"/>
              <w:bottom w:val="single" w:sz="6" w:space="0" w:color="3E4C8A"/>
              <w:end w:val="single" w:sz="2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3E4C8A"/>
                <w:sz w:val="22"/>
              </w:rPr>
              <w:t>제출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제출 구분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□ 최초 제출  □ 수정 제출</w:t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문서번호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20    년      월      일</w:t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처리상태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□ 접수  □ 검토  □ 승인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E8EBF7"/>
            <w:vAlign w:val="center"/>
            <w:tcBorders>
              <w:top w:val="single" w:sz="2" w:space="0" w:color="9FA8DA"/>
              <w:start w:val="single" w:sz="2" w:space="0" w:color="9FA8DA"/>
              <w:bottom w:val="single" w:sz="6" w:space="0" w:color="3E4C8A"/>
              <w:end w:val="single" w:sz="2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3E4C8A"/>
                <w:sz w:val="22"/>
              </w:rPr>
              <w:t>작성자 및 발생 정보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소속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직위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성명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연락처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발생일시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20    년      월      일      시      분</w:t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발생장소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사건명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관련자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E8EBF7"/>
            <w:vAlign w:val="center"/>
            <w:tcBorders>
              <w:top w:val="single" w:sz="2" w:space="0" w:color="9FA8DA"/>
              <w:start w:val="single" w:sz="2" w:space="0" w:color="9FA8DA"/>
              <w:bottom w:val="single" w:sz="6" w:space="0" w:color="3E4C8A"/>
              <w:end w:val="single" w:sz="2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3E4C8A"/>
                <w:sz w:val="22"/>
              </w:rPr>
              <w:t>경위 입력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rHeight w:val="720" w:hRule="atLeast"/>
        </w:trPr>
        <w:tc>
          <w:tcPr>
            <w:tcW w:type="dxa" w:w="5018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9"/>
              </w:rPr>
              <w:t>발생 배경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1200" w:hRule="atLeast"/>
        </w:trPr>
        <w:tc>
          <w:tcPr>
            <w:tcW w:type="dxa" w:w="5018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9"/>
              </w:rPr>
              <w:t>경위 상세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9"/>
              </w:rPr>
              <w:t>원인 및 책임 범위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9"/>
              </w:rPr>
              <w:t>조치 내용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720" w:hRule="atLeast"/>
        </w:trPr>
        <w:tc>
          <w:tcPr>
            <w:tcW w:type="dxa" w:w="5018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9"/>
              </w:rPr>
              <w:t>재발 방지 대책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spacing w:after="200" w:line="240" w:lineRule="auto"/>
            </w:pPr>
            <w:r/>
            <w:r/>
          </w:p>
          <w:p>
            <w:pPr>
              <w:spacing w:after="200" w:line="240" w:lineRule="auto"/>
            </w:pPr>
            <w:r/>
          </w:p>
          <w:p>
            <w:pPr>
              <w:spacing w:after="200" w:line="240" w:lineRule="auto"/>
            </w:pPr>
            <w:r/>
          </w:p>
        </w:tc>
      </w:tr>
      <w:tr>
        <w:trPr>
          <w:trHeight w:val="480" w:hRule="atLeast"/>
        </w:trPr>
        <w:tc>
          <w:tcPr>
            <w:tcW w:type="dxa" w:w="5018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9"/>
              </w:rPr>
              <w:t>첨부자료</w:t>
            </w:r>
          </w:p>
        </w:tc>
        <w:tc>
          <w:tcPr>
            <w:tcW w:type="dxa" w:w="5018"/>
            <w:shd w:fill="FFFFFF"/>
            <w:vAlign w:val="top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spacing w:after="180" w:line="240" w:lineRule="auto"/>
            </w:pPr>
            <w:r/>
            <w:r/>
          </w:p>
          <w:p>
            <w:pPr>
              <w:spacing w:after="180" w:line="240" w:lineRule="auto"/>
            </w:pPr>
            <w:r/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036"/>
      </w:tblGrid>
      <w:tr>
        <w:tc>
          <w:tcPr>
            <w:tcW w:type="dxa" w:w="10036"/>
            <w:shd w:fill="E8EBF7"/>
            <w:vAlign w:val="center"/>
            <w:tcBorders>
              <w:top w:val="single" w:sz="2" w:space="0" w:color="9FA8DA"/>
              <w:start w:val="single" w:sz="2" w:space="0" w:color="9FA8DA"/>
              <w:bottom w:val="single" w:sz="6" w:space="0" w:color="3E4C8A"/>
              <w:end w:val="single" w:sz="2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/>
                <w:color w:val="3E4C8A"/>
                <w:sz w:val="22"/>
              </w:rPr>
              <w:t>전자 확인 및 서명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작성일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20    년      월      일</w:t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문서번호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확인란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□ 사실 확인  □ 수정 필요  □ 첨부자료 확인</w:t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제출 구분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□ 최초  □ 수정</w:t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작성자 전자서명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검토자 전자서명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</w:tr>
      <w:tr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승인자 전자서명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</w:r>
          </w:p>
        </w:tc>
        <w:tc>
          <w:tcPr>
            <w:tcW w:type="dxa" w:w="2509"/>
            <w:shd w:fill="E8EBF7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pPr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E264A"/>
                <w:sz w:val="18"/>
              </w:rPr>
              <w:t>처리일</w:t>
            </w:r>
          </w:p>
        </w:tc>
        <w:tc>
          <w:tcPr>
            <w:tcW w:type="dxa" w:w="2509"/>
            <w:shd w:fill="FFFFFF"/>
            <w:vAlign w:val="center"/>
            <w:tcBorders>
              <w:top w:val="single" w:sz="4" w:space="0" w:color="9FA8DA"/>
              <w:start w:val="single" w:sz="4" w:space="0" w:color="9FA8DA"/>
              <w:bottom w:val="single" w:sz="4" w:space="0" w:color="9FA8DA"/>
              <w:end w:val="single" w:sz="4" w:space="0" w:color="9FA8DA"/>
            </w:tcBorders>
          </w:tcPr>
          <w:p>
            <w:r/>
            <w:r>
              <w:rPr>
                <w:rFonts w:ascii="Noto Sans CJK KR" w:hAnsi="Noto Sans CJK KR" w:eastAsia="Noto Sans CJK KR"/>
                <w:b w:val="0"/>
                <w:color w:val="1E264A"/>
                <w:sz w:val="18"/>
              </w:rPr>
              <w:t>20    년      월      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935" w:bottom="822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KR" w:hAnsi="Noto Sans CJK KR" w:eastAsia="Noto Sans CJK KR"/>
        <w:color w:val="777777"/>
        <w:sz w:val="16"/>
      </w:rPr>
      <w:t>작성자: ____________    제출일: 20____년 ____월 ____일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