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 w:before="0"/>
        <w:jc w:val="center"/>
      </w:pPr>
      <w:r>
        <w:rPr>
          <w:rFonts w:ascii="NanumGothicCoding" w:hAnsi="NanumGothicCoding" w:eastAsia="NanumGothicCoding"/>
          <w:b/>
          <w:color w:val="111827"/>
          <w:sz w:val="36"/>
        </w:rPr>
        <w:t>탄원서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23"/>
        <w:gridCol w:w="2523"/>
        <w:gridCol w:w="2523"/>
        <w:gridCol w:w="2523"/>
      </w:tblGrid>
      <w:tr>
        <w:tc>
          <w:tcPr>
            <w:tcW w:type="dxa" w:w="1247"/>
            <w:tcBorders>
              <w:top w:sz="5" w:val="single" w:color="9CA3AF"/>
              <w:left w:sz="5" w:val="single" w:color="9CA3AF"/>
              <w:bottom w:sz="5" w:val="single" w:color="9CA3AF"/>
              <w:right w:sz="5" w:val="single" w:color="9CA3AF"/>
            </w:tcBorders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E5E7EB"/>
          </w:tcPr>
          <w:p>
            <w:r/>
            <w:r>
              <w:rPr>
                <w:rFonts w:ascii="NanumGothicCoding" w:hAnsi="NanumGothicCoding" w:eastAsia="NanumGothicCoding"/>
                <w:b/>
                <w:color w:val="000000"/>
                <w:sz w:val="16"/>
              </w:rPr>
              <w:t>문서번호</w:t>
            </w:r>
          </w:p>
        </w:tc>
        <w:tc>
          <w:tcPr>
            <w:tcW w:type="dxa" w:w="3572"/>
            <w:tcBorders>
              <w:top w:sz="5" w:val="single" w:color="9CA3AF"/>
              <w:left w:sz="5" w:val="single" w:color="9CA3AF"/>
              <w:bottom w:sz="5" w:val="single" w:color="9CA3AF"/>
              <w:right w:sz="5" w:val="single" w:color="9CA3AF"/>
            </w:tcBorders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FFFFFF"/>
          </w:tcPr>
          <w:p>
            <w:r/>
            <w:r>
              <w:rPr>
                <w:rFonts w:ascii="NanumGothicCoding" w:hAnsi="NanumGothicCoding" w:eastAsia="NanumGothicCoding"/>
                <w:b w:val="0"/>
                <w:color w:val="000000"/>
                <w:sz w:val="16"/>
              </w:rPr>
              <w:t>PL-__________</w:t>
            </w:r>
          </w:p>
        </w:tc>
        <w:tc>
          <w:tcPr>
            <w:tcW w:type="dxa" w:w="1247"/>
            <w:tcBorders>
              <w:top w:sz="5" w:val="single" w:color="9CA3AF"/>
              <w:left w:sz="5" w:val="single" w:color="9CA3AF"/>
              <w:bottom w:sz="5" w:val="single" w:color="9CA3AF"/>
              <w:right w:sz="5" w:val="single" w:color="9CA3AF"/>
            </w:tcBorders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E5E7EB"/>
          </w:tcPr>
          <w:p>
            <w:r/>
            <w:r>
              <w:rPr>
                <w:rFonts w:ascii="NanumGothicCoding" w:hAnsi="NanumGothicCoding" w:eastAsia="NanumGothicCoding"/>
                <w:b/>
                <w:color w:val="000000"/>
                <w:sz w:val="16"/>
              </w:rPr>
              <w:t>작성일</w:t>
            </w:r>
          </w:p>
        </w:tc>
        <w:tc>
          <w:tcPr>
            <w:tcW w:type="dxa" w:w="3572"/>
            <w:tcBorders>
              <w:top w:sz="5" w:val="single" w:color="9CA3AF"/>
              <w:left w:sz="5" w:val="single" w:color="9CA3AF"/>
              <w:bottom w:sz="5" w:val="single" w:color="9CA3AF"/>
              <w:right w:sz="5" w:val="single" w:color="9CA3AF"/>
            </w:tcBorders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FFFFFF"/>
          </w:tcPr>
          <w:p>
            <w:r/>
            <w:r>
              <w:rPr>
                <w:rFonts w:ascii="NanumGothicCoding" w:hAnsi="NanumGothicCoding" w:eastAsia="NanumGothicCoding"/>
                <w:b w:val="0"/>
                <w:color w:val="000000"/>
                <w:sz w:val="16"/>
              </w:rPr>
              <w:t>20____년 ____월 ____일</w:t>
            </w:r>
          </w:p>
        </w:tc>
      </w:tr>
      <w:tr>
        <w:tc>
          <w:tcPr>
            <w:tcW w:type="dxa" w:w="1247"/>
            <w:tcBorders>
              <w:top w:sz="5" w:val="single" w:color="9CA3AF"/>
              <w:left w:sz="5" w:val="single" w:color="9CA3AF"/>
              <w:bottom w:sz="5" w:val="single" w:color="9CA3AF"/>
              <w:right w:sz="5" w:val="single" w:color="9CA3AF"/>
            </w:tcBorders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E5E7EB"/>
          </w:tcPr>
          <w:p>
            <w:r/>
            <w:r>
              <w:rPr>
                <w:rFonts w:ascii="NanumGothicCoding" w:hAnsi="NanumGothicCoding" w:eastAsia="NanumGothicCoding"/>
                <w:b/>
                <w:color w:val="000000"/>
                <w:sz w:val="16"/>
              </w:rPr>
              <w:t>제출처</w:t>
            </w:r>
          </w:p>
        </w:tc>
        <w:tc>
          <w:tcPr>
            <w:tcW w:type="dxa" w:w="3572"/>
            <w:tcBorders>
              <w:top w:sz="5" w:val="single" w:color="9CA3AF"/>
              <w:left w:sz="5" w:val="single" w:color="9CA3AF"/>
              <w:bottom w:sz="5" w:val="single" w:color="9CA3AF"/>
              <w:right w:sz="5" w:val="single" w:color="9CA3AF"/>
            </w:tcBorders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FFFFFF"/>
          </w:tcPr>
          <w:p>
            <w:r/>
            <w:r>
              <w:rPr>
                <w:rFonts w:ascii="NanumGothicCoding" w:hAnsi="NanumGothicCoding" w:eastAsia="NanumGothicCoding"/>
                <w:b w:val="0"/>
                <w:color w:val="000000"/>
                <w:sz w:val="16"/>
              </w:rPr>
              <w:t>________________ 귀중</w:t>
            </w:r>
          </w:p>
        </w:tc>
        <w:tc>
          <w:tcPr>
            <w:tcW w:type="dxa" w:w="1247"/>
            <w:tcBorders>
              <w:top w:sz="5" w:val="single" w:color="9CA3AF"/>
              <w:left w:sz="5" w:val="single" w:color="9CA3AF"/>
              <w:bottom w:sz="5" w:val="single" w:color="9CA3AF"/>
              <w:right w:sz="5" w:val="single" w:color="9CA3AF"/>
            </w:tcBorders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E5E7EB"/>
          </w:tcPr>
          <w:p>
            <w:r/>
            <w:r>
              <w:rPr>
                <w:rFonts w:ascii="NanumGothicCoding" w:hAnsi="NanumGothicCoding" w:eastAsia="NanumGothicCoding"/>
                <w:b/>
                <w:color w:val="000000"/>
                <w:sz w:val="16"/>
              </w:rPr>
              <w:t>사건명</w:t>
            </w:r>
          </w:p>
        </w:tc>
        <w:tc>
          <w:tcPr>
            <w:tcW w:type="dxa" w:w="3572"/>
            <w:tcBorders>
              <w:top w:sz="5" w:val="single" w:color="9CA3AF"/>
              <w:left w:sz="5" w:val="single" w:color="9CA3AF"/>
              <w:bottom w:sz="5" w:val="single" w:color="9CA3AF"/>
              <w:right w:sz="5" w:val="single" w:color="9CA3AF"/>
            </w:tcBorders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FFFFFF"/>
          </w:tcPr>
          <w:p>
            <w:r/>
            <w:r>
              <w:rPr>
                <w:rFonts w:ascii="NanumGothicCoding" w:hAnsi="NanumGothicCoding" w:eastAsia="NanumGothicCoding"/>
                <w:b w:val="0"/>
                <w:color w:val="000000"/>
                <w:sz w:val="16"/>
              </w:rPr>
              <w:t>____________________________</w:t>
            </w:r>
          </w:p>
        </w:tc>
      </w:tr>
      <w:tr>
        <w:tc>
          <w:tcPr>
            <w:tcW w:type="dxa" w:w="1247"/>
            <w:tcBorders>
              <w:top w:sz="5" w:val="single" w:color="9CA3AF"/>
              <w:left w:sz="5" w:val="single" w:color="9CA3AF"/>
              <w:bottom w:sz="5" w:val="single" w:color="9CA3AF"/>
              <w:right w:sz="5" w:val="single" w:color="9CA3AF"/>
            </w:tcBorders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E5E7EB"/>
          </w:tcPr>
          <w:p>
            <w:r/>
            <w:r>
              <w:rPr>
                <w:rFonts w:ascii="NanumGothicCoding" w:hAnsi="NanumGothicCoding" w:eastAsia="NanumGothicCoding"/>
                <w:b/>
                <w:color w:val="000000"/>
                <w:sz w:val="16"/>
              </w:rPr>
              <w:t>제출방식</w:t>
            </w:r>
          </w:p>
        </w:tc>
        <w:tc>
          <w:tcPr>
            <w:tcW w:type="dxa" w:w="3572"/>
            <w:tcBorders>
              <w:top w:sz="5" w:val="single" w:color="9CA3AF"/>
              <w:left w:sz="5" w:val="single" w:color="9CA3AF"/>
              <w:bottom w:sz="5" w:val="single" w:color="9CA3AF"/>
              <w:right w:sz="5" w:val="single" w:color="9CA3AF"/>
            </w:tcBorders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FFFFFF"/>
          </w:tcPr>
          <w:p>
            <w:r/>
            <w:r>
              <w:rPr>
                <w:rFonts w:ascii="NanumGothicCoding" w:hAnsi="NanumGothicCoding" w:eastAsia="NanumGothicCoding"/>
                <w:b w:val="0"/>
                <w:color w:val="000000"/>
                <w:sz w:val="16"/>
              </w:rPr>
              <w:t>□ 원본  □ 스캔본  □ 전자문서</w:t>
            </w:r>
          </w:p>
        </w:tc>
        <w:tc>
          <w:tcPr>
            <w:tcW w:type="dxa" w:w="1247"/>
            <w:tcBorders>
              <w:top w:sz="5" w:val="single" w:color="9CA3AF"/>
              <w:left w:sz="5" w:val="single" w:color="9CA3AF"/>
              <w:bottom w:sz="5" w:val="single" w:color="9CA3AF"/>
              <w:right w:sz="5" w:val="single" w:color="9CA3AF"/>
            </w:tcBorders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E5E7EB"/>
          </w:tcPr>
          <w:p>
            <w:r/>
            <w:r>
              <w:rPr>
                <w:rFonts w:ascii="NanumGothicCoding" w:hAnsi="NanumGothicCoding" w:eastAsia="NanumGothicCoding"/>
                <w:b/>
                <w:color w:val="000000"/>
                <w:sz w:val="16"/>
              </w:rPr>
              <w:t>본인확인</w:t>
            </w:r>
          </w:p>
        </w:tc>
        <w:tc>
          <w:tcPr>
            <w:tcW w:type="dxa" w:w="3572"/>
            <w:tcBorders>
              <w:top w:sz="5" w:val="single" w:color="9CA3AF"/>
              <w:left w:sz="5" w:val="single" w:color="9CA3AF"/>
              <w:bottom w:sz="5" w:val="single" w:color="9CA3AF"/>
              <w:right w:sz="5" w:val="single" w:color="9CA3AF"/>
            </w:tcBorders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FFFFFF"/>
          </w:tcPr>
          <w:p>
            <w:r/>
            <w:r>
              <w:rPr>
                <w:rFonts w:ascii="NanumGothicCoding" w:hAnsi="NanumGothicCoding" w:eastAsia="NanumGothicCoding"/>
                <w:b w:val="0"/>
                <w:color w:val="000000"/>
                <w:sz w:val="16"/>
              </w:rPr>
              <w:t>□ 확인  □ 미확인</w:t>
            </w:r>
          </w:p>
        </w:tc>
      </w:tr>
    </w:tbl>
    <w:p>
      <w:pPr>
        <w:spacing w:after="40" w:before="0"/>
      </w:pPr>
      <w:r/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23"/>
        <w:gridCol w:w="2523"/>
        <w:gridCol w:w="2523"/>
        <w:gridCol w:w="2523"/>
      </w:tblGrid>
      <w:tr>
        <w:tc>
          <w:tcPr>
            <w:tcW w:type="dxa" w:w="1247"/>
            <w:tcBorders>
              <w:top w:sz="5" w:val="single" w:color="9CA3AF"/>
              <w:left w:sz="5" w:val="single" w:color="9CA3AF"/>
              <w:bottom w:sz="5" w:val="single" w:color="9CA3AF"/>
              <w:right w:sz="5" w:val="single" w:color="9CA3AF"/>
            </w:tcBorders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F3F4F6"/>
          </w:tcPr>
          <w:p>
            <w:r/>
            <w:r>
              <w:rPr>
                <w:rFonts w:ascii="NanumGothicCoding" w:hAnsi="NanumGothicCoding" w:eastAsia="NanumGothicCoding"/>
                <w:b/>
                <w:color w:val="000000"/>
                <w:sz w:val="16"/>
              </w:rPr>
              <w:t>탄원인 성명</w:t>
            </w:r>
          </w:p>
        </w:tc>
        <w:tc>
          <w:tcPr>
            <w:tcW w:type="dxa" w:w="3572"/>
            <w:tcBorders>
              <w:top w:sz="5" w:val="single" w:color="9CA3AF"/>
              <w:left w:sz="5" w:val="single" w:color="9CA3AF"/>
              <w:bottom w:sz="5" w:val="single" w:color="9CA3AF"/>
              <w:right w:sz="5" w:val="single" w:color="9CA3AF"/>
            </w:tcBorders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FFFFFF"/>
          </w:tcPr>
          <w:p>
            <w:r/>
            <w:r>
              <w:rPr>
                <w:rFonts w:ascii="NanumGothicCoding" w:hAnsi="NanumGothicCoding" w:eastAsia="NanumGothicCoding"/>
                <w:b w:val="0"/>
                <w:color w:val="000000"/>
                <w:sz w:val="16"/>
              </w:rPr>
              <w:t>________________</w:t>
            </w:r>
          </w:p>
        </w:tc>
        <w:tc>
          <w:tcPr>
            <w:tcW w:type="dxa" w:w="1247"/>
            <w:tcBorders>
              <w:top w:sz="5" w:val="single" w:color="9CA3AF"/>
              <w:left w:sz="5" w:val="single" w:color="9CA3AF"/>
              <w:bottom w:sz="5" w:val="single" w:color="9CA3AF"/>
              <w:right w:sz="5" w:val="single" w:color="9CA3AF"/>
            </w:tcBorders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F3F4F6"/>
          </w:tcPr>
          <w:p>
            <w:r/>
            <w:r>
              <w:rPr>
                <w:rFonts w:ascii="NanumGothicCoding" w:hAnsi="NanumGothicCoding" w:eastAsia="NanumGothicCoding"/>
                <w:b/>
                <w:color w:val="000000"/>
                <w:sz w:val="16"/>
              </w:rPr>
              <w:t>생년월일</w:t>
            </w:r>
          </w:p>
        </w:tc>
        <w:tc>
          <w:tcPr>
            <w:tcW w:type="dxa" w:w="3572"/>
            <w:tcBorders>
              <w:top w:sz="5" w:val="single" w:color="9CA3AF"/>
              <w:left w:sz="5" w:val="single" w:color="9CA3AF"/>
              <w:bottom w:sz="5" w:val="single" w:color="9CA3AF"/>
              <w:right w:sz="5" w:val="single" w:color="9CA3AF"/>
            </w:tcBorders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FFFFFF"/>
          </w:tcPr>
          <w:p>
            <w:r/>
            <w:r>
              <w:rPr>
                <w:rFonts w:ascii="NanumGothicCoding" w:hAnsi="NanumGothicCoding" w:eastAsia="NanumGothicCoding"/>
                <w:b w:val="0"/>
                <w:color w:val="000000"/>
                <w:sz w:val="16"/>
              </w:rPr>
              <w:t>________________</w:t>
            </w:r>
          </w:p>
        </w:tc>
      </w:tr>
      <w:tr>
        <w:tc>
          <w:tcPr>
            <w:tcW w:type="dxa" w:w="1247"/>
            <w:tcBorders>
              <w:top w:sz="5" w:val="single" w:color="9CA3AF"/>
              <w:left w:sz="5" w:val="single" w:color="9CA3AF"/>
              <w:bottom w:sz="5" w:val="single" w:color="9CA3AF"/>
              <w:right w:sz="5" w:val="single" w:color="9CA3AF"/>
            </w:tcBorders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F3F4F6"/>
          </w:tcPr>
          <w:p>
            <w:r/>
            <w:r>
              <w:rPr>
                <w:rFonts w:ascii="NanumGothicCoding" w:hAnsi="NanumGothicCoding" w:eastAsia="NanumGothicCoding"/>
                <w:b/>
                <w:color w:val="000000"/>
                <w:sz w:val="16"/>
              </w:rPr>
              <w:t>주소</w:t>
            </w:r>
          </w:p>
        </w:tc>
        <w:tc>
          <w:tcPr>
            <w:tcW w:type="dxa" w:w="3572"/>
            <w:tcBorders>
              <w:top w:sz="5" w:val="single" w:color="9CA3AF"/>
              <w:left w:sz="5" w:val="single" w:color="9CA3AF"/>
              <w:bottom w:sz="5" w:val="single" w:color="9CA3AF"/>
              <w:right w:sz="5" w:val="single" w:color="9CA3AF"/>
            </w:tcBorders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FFFFFF"/>
          </w:tcPr>
          <w:p>
            <w:r/>
            <w:r>
              <w:rPr>
                <w:rFonts w:ascii="NanumGothicCoding" w:hAnsi="NanumGothicCoding" w:eastAsia="NanumGothicCoding"/>
                <w:b w:val="0"/>
                <w:color w:val="000000"/>
                <w:sz w:val="16"/>
              </w:rPr>
              <w:t>____________________________________________________________</w:t>
            </w:r>
          </w:p>
        </w:tc>
        <w:tc>
          <w:tcPr>
            <w:tcW w:type="dxa" w:w="1247"/>
            <w:tcBorders>
              <w:top w:sz="5" w:val="single" w:color="9CA3AF"/>
              <w:left w:sz="5" w:val="single" w:color="9CA3AF"/>
              <w:bottom w:sz="5" w:val="single" w:color="9CA3AF"/>
              <w:right w:sz="5" w:val="single" w:color="9CA3AF"/>
            </w:tcBorders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F3F4F6"/>
          </w:tcPr>
          <w:p>
            <w:r/>
            <w:r>
              <w:rPr>
                <w:rFonts w:ascii="NanumGothicCoding" w:hAnsi="NanumGothicCoding" w:eastAsia="NanumGothicCoding"/>
                <w:b/>
                <w:color w:val="000000"/>
                <w:sz w:val="16"/>
              </w:rPr>
              <w:t>연락처</w:t>
            </w:r>
          </w:p>
        </w:tc>
        <w:tc>
          <w:tcPr>
            <w:tcW w:type="dxa" w:w="3572"/>
            <w:tcBorders>
              <w:top w:sz="5" w:val="single" w:color="9CA3AF"/>
              <w:left w:sz="5" w:val="single" w:color="9CA3AF"/>
              <w:bottom w:sz="5" w:val="single" w:color="9CA3AF"/>
              <w:right w:sz="5" w:val="single" w:color="9CA3AF"/>
            </w:tcBorders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FFFFFF"/>
          </w:tcPr>
          <w:p>
            <w:r/>
            <w:r>
              <w:rPr>
                <w:rFonts w:ascii="NanumGothicCoding" w:hAnsi="NanumGothicCoding" w:eastAsia="NanumGothicCoding"/>
                <w:b w:val="0"/>
                <w:color w:val="000000"/>
                <w:sz w:val="16"/>
              </w:rPr>
              <w:t>________________</w:t>
            </w:r>
          </w:p>
        </w:tc>
      </w:tr>
      <w:tr>
        <w:tc>
          <w:tcPr>
            <w:tcW w:type="dxa" w:w="1247"/>
            <w:tcBorders>
              <w:top w:sz="5" w:val="single" w:color="9CA3AF"/>
              <w:left w:sz="5" w:val="single" w:color="9CA3AF"/>
              <w:bottom w:sz="5" w:val="single" w:color="9CA3AF"/>
              <w:right w:sz="5" w:val="single" w:color="9CA3AF"/>
            </w:tcBorders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F3F4F6"/>
          </w:tcPr>
          <w:p>
            <w:r/>
            <w:r>
              <w:rPr>
                <w:rFonts w:ascii="NanumGothicCoding" w:hAnsi="NanumGothicCoding" w:eastAsia="NanumGothicCoding"/>
                <w:b/>
                <w:color w:val="000000"/>
                <w:sz w:val="16"/>
              </w:rPr>
              <w:t>탄원 대상</w:t>
            </w:r>
          </w:p>
        </w:tc>
        <w:tc>
          <w:tcPr>
            <w:tcW w:type="dxa" w:w="3572"/>
            <w:tcBorders>
              <w:top w:sz="5" w:val="single" w:color="9CA3AF"/>
              <w:left w:sz="5" w:val="single" w:color="9CA3AF"/>
              <w:bottom w:sz="5" w:val="single" w:color="9CA3AF"/>
              <w:right w:sz="5" w:val="single" w:color="9CA3AF"/>
            </w:tcBorders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FFFFFF"/>
          </w:tcPr>
          <w:p>
            <w:r/>
            <w:r>
              <w:rPr>
                <w:rFonts w:ascii="NanumGothicCoding" w:hAnsi="NanumGothicCoding" w:eastAsia="NanumGothicCoding"/>
                <w:b w:val="0"/>
                <w:color w:val="000000"/>
                <w:sz w:val="16"/>
              </w:rPr>
              <w:t>________________</w:t>
            </w:r>
          </w:p>
        </w:tc>
        <w:tc>
          <w:tcPr>
            <w:tcW w:type="dxa" w:w="1247"/>
            <w:tcBorders>
              <w:top w:sz="5" w:val="single" w:color="9CA3AF"/>
              <w:left w:sz="5" w:val="single" w:color="9CA3AF"/>
              <w:bottom w:sz="5" w:val="single" w:color="9CA3AF"/>
              <w:right w:sz="5" w:val="single" w:color="9CA3AF"/>
            </w:tcBorders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F3F4F6"/>
          </w:tcPr>
          <w:p>
            <w:r/>
            <w:r>
              <w:rPr>
                <w:rFonts w:ascii="NanumGothicCoding" w:hAnsi="NanumGothicCoding" w:eastAsia="NanumGothicCoding"/>
                <w:b/>
                <w:color w:val="000000"/>
                <w:sz w:val="16"/>
              </w:rPr>
              <w:t>관계</w:t>
            </w:r>
          </w:p>
        </w:tc>
        <w:tc>
          <w:tcPr>
            <w:tcW w:type="dxa" w:w="3572"/>
            <w:tcBorders>
              <w:top w:sz="5" w:val="single" w:color="9CA3AF"/>
              <w:left w:sz="5" w:val="single" w:color="9CA3AF"/>
              <w:bottom w:sz="5" w:val="single" w:color="9CA3AF"/>
              <w:right w:sz="5" w:val="single" w:color="9CA3AF"/>
            </w:tcBorders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FFFFFF"/>
          </w:tcPr>
          <w:p>
            <w:r/>
            <w:r>
              <w:rPr>
                <w:rFonts w:ascii="NanumGothicCoding" w:hAnsi="NanumGothicCoding" w:eastAsia="NanumGothicCoding"/>
                <w:b w:val="0"/>
                <w:color w:val="000000"/>
                <w:sz w:val="16"/>
              </w:rPr>
              <w:t>________________</w:t>
            </w:r>
          </w:p>
        </w:tc>
      </w:tr>
    </w:tbl>
    <w:p>
      <w:pPr>
        <w:spacing w:after="40" w:before="0"/>
      </w:pPr>
      <w:r/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92"/>
      </w:tblGrid>
      <w:tr>
        <w:tc>
          <w:tcPr>
            <w:tcW w:type="dxa" w:w="9638"/>
            <w:tcBorders>
              <w:top w:sz="5" w:val="single" w:color="9CA3AF"/>
              <w:left w:sz="5" w:val="single" w:color="9CA3AF"/>
              <w:bottom w:sz="5" w:val="single" w:color="9CA3AF"/>
              <w:right w:sz="5" w:val="single" w:color="9CA3AF"/>
            </w:tcBorders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E5E7EB"/>
          </w:tcPr>
          <w:p>
            <w:r/>
            <w:r>
              <w:rPr>
                <w:rFonts w:ascii="NanumGothicCoding" w:hAnsi="NanumGothicCoding" w:eastAsia="NanumGothicCoding"/>
                <w:b/>
                <w:color w:val="000000"/>
                <w:sz w:val="18"/>
              </w:rPr>
              <w:t>탄원 취지</w:t>
            </w:r>
          </w:p>
        </w:tc>
      </w:tr>
      <w:tr>
        <w:tc>
          <w:tcPr>
            <w:tcW w:type="dxa" w:w="9638"/>
            <w:tcBorders>
              <w:top w:sz="5" w:val="single" w:color="9CA3AF"/>
              <w:left w:sz="5" w:val="single" w:color="9CA3AF"/>
              <w:bottom w:sz="5" w:val="single" w:color="9CA3AF"/>
              <w:right w:sz="5" w:val="single" w:color="9CA3AF"/>
            </w:tcBorders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FFFFF"/>
          </w:tcPr>
          <w:p>
            <w:r/>
            <w:r>
              <w:rPr>
                <w:rFonts w:ascii="NanumGothicCoding" w:hAnsi="NanumGothicCoding" w:eastAsia="NanumGothicCoding"/>
                <w:b w:val="0"/>
                <w:color w:val="000000"/>
                <w:sz w:val="18"/>
              </w:rPr>
              <w:br/>
              <w:br/>
              <w:br/>
            </w:r>
          </w:p>
        </w:tc>
      </w:tr>
    </w:tbl>
    <w:p>
      <w:pPr>
        <w:spacing w:after="40" w:before="0"/>
      </w:pPr>
      <w:r/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92"/>
      </w:tblGrid>
      <w:tr>
        <w:tc>
          <w:tcPr>
            <w:tcW w:type="dxa" w:w="9638"/>
            <w:tcBorders>
              <w:top w:sz="5" w:val="single" w:color="9CA3AF"/>
              <w:left w:sz="5" w:val="single" w:color="9CA3AF"/>
              <w:bottom w:sz="5" w:val="single" w:color="9CA3AF"/>
              <w:right w:sz="5" w:val="single" w:color="9CA3AF"/>
            </w:tcBorders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E5E7EB"/>
          </w:tcPr>
          <w:p>
            <w:r/>
            <w:r>
              <w:rPr>
                <w:rFonts w:ascii="NanumGothicCoding" w:hAnsi="NanumGothicCoding" w:eastAsia="NanumGothicCoding"/>
                <w:b/>
                <w:color w:val="000000"/>
                <w:sz w:val="18"/>
              </w:rPr>
              <w:t>사건 경위</w:t>
            </w:r>
          </w:p>
        </w:tc>
      </w:tr>
      <w:tr>
        <w:tc>
          <w:tcPr>
            <w:tcW w:type="dxa" w:w="9638"/>
            <w:tcBorders>
              <w:top w:sz="5" w:val="single" w:color="9CA3AF"/>
              <w:left w:sz="5" w:val="single" w:color="9CA3AF"/>
              <w:bottom w:sz="5" w:val="single" w:color="9CA3AF"/>
              <w:right w:sz="5" w:val="single" w:color="9CA3AF"/>
            </w:tcBorders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FFFFF"/>
          </w:tcPr>
          <w:p>
            <w:r/>
            <w:r>
              <w:rPr>
                <w:rFonts w:ascii="NanumGothicCoding" w:hAnsi="NanumGothicCoding" w:eastAsia="NanumGothicCoding"/>
                <w:b w:val="0"/>
                <w:color w:val="000000"/>
                <w:sz w:val="18"/>
              </w:rPr>
              <w:br/>
              <w:br/>
              <w:br/>
              <w:br/>
            </w:r>
          </w:p>
        </w:tc>
      </w:tr>
    </w:tbl>
    <w:p>
      <w:pPr>
        <w:spacing w:after="40" w:before="0"/>
      </w:pPr>
      <w:r/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92"/>
      </w:tblGrid>
      <w:tr>
        <w:tc>
          <w:tcPr>
            <w:tcW w:type="dxa" w:w="9638"/>
            <w:tcBorders>
              <w:top w:sz="5" w:val="single" w:color="9CA3AF"/>
              <w:left w:sz="5" w:val="single" w:color="9CA3AF"/>
              <w:bottom w:sz="5" w:val="single" w:color="9CA3AF"/>
              <w:right w:sz="5" w:val="single" w:color="9CA3AF"/>
            </w:tcBorders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E5E7EB"/>
          </w:tcPr>
          <w:p>
            <w:r/>
            <w:r>
              <w:rPr>
                <w:rFonts w:ascii="NanumGothicCoding" w:hAnsi="NanumGothicCoding" w:eastAsia="NanumGothicCoding"/>
                <w:b/>
                <w:color w:val="000000"/>
                <w:sz w:val="18"/>
              </w:rPr>
              <w:t>탄원 사유 및 요청 사항</w:t>
            </w:r>
          </w:p>
        </w:tc>
      </w:tr>
      <w:tr>
        <w:tc>
          <w:tcPr>
            <w:tcW w:type="dxa" w:w="9638"/>
            <w:tcBorders>
              <w:top w:sz="5" w:val="single" w:color="9CA3AF"/>
              <w:left w:sz="5" w:val="single" w:color="9CA3AF"/>
              <w:bottom w:sz="5" w:val="single" w:color="9CA3AF"/>
              <w:right w:sz="5" w:val="single" w:color="9CA3AF"/>
            </w:tcBorders>
            <w:tcMar>
              <w:top w:w="70" w:type="dxa"/>
              <w:start w:w="90" w:type="dxa"/>
              <w:bottom w:w="70" w:type="dxa"/>
              <w:end w:w="90" w:type="dxa"/>
            </w:tcMar>
            <w:vAlign w:val="top"/>
            <w:shd w:fill="FFFFFF"/>
          </w:tcPr>
          <w:p>
            <w:r/>
            <w:r>
              <w:rPr>
                <w:rFonts w:ascii="NanumGothicCoding" w:hAnsi="NanumGothicCoding" w:eastAsia="NanumGothicCoding"/>
                <w:b w:val="0"/>
                <w:color w:val="000000"/>
                <w:sz w:val="18"/>
              </w:rPr>
              <w:br/>
              <w:br/>
              <w:br/>
              <w:br/>
            </w:r>
          </w:p>
        </w:tc>
      </w:tr>
    </w:tbl>
    <w:p>
      <w:pPr>
        <w:spacing w:after="40" w:before="0"/>
      </w:pPr>
      <w:r/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23"/>
        <w:gridCol w:w="2523"/>
        <w:gridCol w:w="2523"/>
        <w:gridCol w:w="2523"/>
      </w:tblGrid>
      <w:tr>
        <w:tc>
          <w:tcPr>
            <w:tcW w:type="dxa" w:w="1928"/>
            <w:tcBorders>
              <w:top w:sz="5" w:val="single" w:color="9CA3AF"/>
              <w:left w:sz="5" w:val="single" w:color="9CA3AF"/>
              <w:bottom w:sz="5" w:val="single" w:color="9CA3AF"/>
              <w:right w:sz="5" w:val="single" w:color="9CA3AF"/>
            </w:tcBorders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F3F4F6"/>
          </w:tcPr>
          <w:p>
            <w:r/>
            <w:r>
              <w:rPr>
                <w:rFonts w:ascii="NanumGothicCoding" w:hAnsi="NanumGothicCoding" w:eastAsia="NanumGothicCoding"/>
                <w:b/>
                <w:color w:val="000000"/>
                <w:sz w:val="16"/>
              </w:rPr>
              <w:t>첨부자료</w:t>
            </w:r>
          </w:p>
        </w:tc>
        <w:tc>
          <w:tcPr>
            <w:tcW w:type="dxa" w:w="2835"/>
            <w:tcBorders>
              <w:top w:sz="5" w:val="single" w:color="9CA3AF"/>
              <w:left w:sz="5" w:val="single" w:color="9CA3AF"/>
              <w:bottom w:sz="5" w:val="single" w:color="9CA3AF"/>
              <w:right w:sz="5" w:val="single" w:color="9CA3AF"/>
            </w:tcBorders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FFFFFF"/>
          </w:tcPr>
          <w:p>
            <w:r/>
            <w:r>
              <w:rPr>
                <w:rFonts w:ascii="NanumGothicCoding" w:hAnsi="NanumGothicCoding" w:eastAsia="NanumGothicCoding"/>
                <w:b w:val="0"/>
                <w:color w:val="000000"/>
                <w:sz w:val="16"/>
              </w:rPr>
              <w:t>□ 있음  □ 없음</w:t>
            </w:r>
          </w:p>
        </w:tc>
        <w:tc>
          <w:tcPr>
            <w:tcW w:type="dxa" w:w="1928"/>
            <w:tcBorders>
              <w:top w:sz="5" w:val="single" w:color="9CA3AF"/>
              <w:left w:sz="5" w:val="single" w:color="9CA3AF"/>
              <w:bottom w:sz="5" w:val="single" w:color="9CA3AF"/>
              <w:right w:sz="5" w:val="single" w:color="9CA3AF"/>
            </w:tcBorders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F3F4F6"/>
          </w:tcPr>
          <w:p>
            <w:r/>
            <w:r>
              <w:rPr>
                <w:rFonts w:ascii="NanumGothicCoding" w:hAnsi="NanumGothicCoding" w:eastAsia="NanumGothicCoding"/>
                <w:b/>
                <w:color w:val="000000"/>
                <w:sz w:val="16"/>
              </w:rPr>
              <w:t>전자서명</w:t>
            </w:r>
          </w:p>
        </w:tc>
        <w:tc>
          <w:tcPr>
            <w:tcW w:type="dxa" w:w="2948"/>
            <w:tcBorders>
              <w:top w:sz="5" w:val="single" w:color="9CA3AF"/>
              <w:left w:sz="5" w:val="single" w:color="9CA3AF"/>
              <w:bottom w:sz="5" w:val="single" w:color="9CA3AF"/>
              <w:right w:sz="5" w:val="single" w:color="9CA3AF"/>
            </w:tcBorders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FFFFFF"/>
          </w:tcPr>
          <w:p>
            <w:r/>
            <w:r>
              <w:rPr>
                <w:rFonts w:ascii="NanumGothicCoding" w:hAnsi="NanumGothicCoding" w:eastAsia="NanumGothicCoding"/>
                <w:b w:val="0"/>
                <w:color w:val="000000"/>
                <w:sz w:val="16"/>
              </w:rPr>
              <w:t>____________________________</w:t>
            </w:r>
          </w:p>
        </w:tc>
      </w:tr>
      <w:tr>
        <w:tc>
          <w:tcPr>
            <w:tcW w:type="dxa" w:w="1928"/>
            <w:tcBorders>
              <w:top w:sz="5" w:val="single" w:color="9CA3AF"/>
              <w:left w:sz="5" w:val="single" w:color="9CA3AF"/>
              <w:bottom w:sz="5" w:val="single" w:color="9CA3AF"/>
              <w:right w:sz="5" w:val="single" w:color="9CA3AF"/>
            </w:tcBorders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F3F4F6"/>
          </w:tcPr>
          <w:p>
            <w:r/>
            <w:r>
              <w:rPr>
                <w:rFonts w:ascii="NanumGothicCoding" w:hAnsi="NanumGothicCoding" w:eastAsia="NanumGothicCoding"/>
                <w:b/>
                <w:color w:val="000000"/>
                <w:sz w:val="16"/>
              </w:rPr>
              <w:t>제출 확인</w:t>
            </w:r>
          </w:p>
        </w:tc>
        <w:tc>
          <w:tcPr>
            <w:tcW w:type="dxa" w:w="2835"/>
            <w:tcBorders>
              <w:top w:sz="5" w:val="single" w:color="9CA3AF"/>
              <w:left w:sz="5" w:val="single" w:color="9CA3AF"/>
              <w:bottom w:sz="5" w:val="single" w:color="9CA3AF"/>
              <w:right w:sz="5" w:val="single" w:color="9CA3AF"/>
            </w:tcBorders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FFFFFF"/>
          </w:tcPr>
          <w:p>
            <w:r/>
            <w:r>
              <w:rPr>
                <w:rFonts w:ascii="NanumGothicCoding" w:hAnsi="NanumGothicCoding" w:eastAsia="NanumGothicCoding"/>
                <w:b w:val="0"/>
                <w:color w:val="000000"/>
                <w:sz w:val="16"/>
              </w:rPr>
              <w:t>□ 작성 내용 확인  □ 개인정보 기재 확인</w:t>
            </w:r>
          </w:p>
        </w:tc>
        <w:tc>
          <w:tcPr>
            <w:tcW w:type="dxa" w:w="1928"/>
            <w:tcBorders>
              <w:top w:sz="5" w:val="single" w:color="9CA3AF"/>
              <w:left w:sz="5" w:val="single" w:color="9CA3AF"/>
              <w:bottom w:sz="5" w:val="single" w:color="9CA3AF"/>
              <w:right w:sz="5" w:val="single" w:color="9CA3AF"/>
            </w:tcBorders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F3F4F6"/>
          </w:tcPr>
          <w:p>
            <w:r/>
            <w:r>
              <w:rPr>
                <w:rFonts w:ascii="NanumGothicCoding" w:hAnsi="NanumGothicCoding" w:eastAsia="NanumGothicCoding"/>
                <w:b/>
                <w:color w:val="000000"/>
                <w:sz w:val="16"/>
              </w:rPr>
              <w:t>서명일시</w:t>
            </w:r>
          </w:p>
        </w:tc>
        <w:tc>
          <w:tcPr>
            <w:tcW w:type="dxa" w:w="2948"/>
            <w:tcBorders>
              <w:top w:sz="5" w:val="single" w:color="9CA3AF"/>
              <w:left w:sz="5" w:val="single" w:color="9CA3AF"/>
              <w:bottom w:sz="5" w:val="single" w:color="9CA3AF"/>
              <w:right w:sz="5" w:val="single" w:color="9CA3AF"/>
            </w:tcBorders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shd w:fill="FFFFFF"/>
          </w:tcPr>
          <w:p>
            <w:r/>
            <w:r>
              <w:rPr>
                <w:rFonts w:ascii="NanumGothicCoding" w:hAnsi="NanumGothicCoding" w:eastAsia="NanumGothicCoding"/>
                <w:b w:val="0"/>
                <w:color w:val="000000"/>
                <w:sz w:val="16"/>
              </w:rPr>
              <w:t>20____년 ____월 ____일 ____시</w:t>
            </w:r>
          </w:p>
        </w:tc>
      </w:tr>
    </w:tbl>
    <w:sectPr w:rsidR="00FC693F" w:rsidRPr="0006063C" w:rsidSect="00034616">
      <w:pgSz w:w="11906" w:h="16838"/>
      <w:pgMar w:top="709" w:right="907" w:bottom="709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NanumGothicCoding" w:hAnsi="NanumGothicCoding" w:eastAsia="NanumGothicCoding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NanumGothicCoding" w:hAnsi="NanumGothicCoding" w:eastAsia="NanumGothicCoding"/>
    </w:r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NanumGothicCoding" w:hAnsi="NanumGothicCoding" w:eastAsia="NanumGothicCoding"/>
    </w:r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