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center"/>
      </w:pPr>
      <w:r>
        <w:rPr>
          <w:rFonts w:ascii="NanumGothic" w:hAnsi="NanumGothic" w:eastAsia="NanumGothic"/>
          <w:b/>
          <w:color w:val="20365F"/>
          <w:sz w:val="42"/>
        </w:rPr>
        <w:t>견적서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28" w:hRule="atLeast"/>
        </w:trPr>
        <w:tc>
          <w:tcPr>
            <w:tcW w:type="dxa" w:w="1474"/>
            <w:vAlign w:val="center"/>
            <w:shd w:fill="E9EEF7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7"/>
              </w:rPr>
              <w:t>문서 구분</w:t>
            </w:r>
          </w:p>
        </w:tc>
        <w:tc>
          <w:tcPr>
            <w:tcW w:type="dxa" w:w="3288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□ 신규  □ 수정  □ 최종</w:t>
            </w:r>
          </w:p>
        </w:tc>
        <w:tc>
          <w:tcPr>
            <w:tcW w:type="dxa" w:w="1530"/>
            <w:vAlign w:val="center"/>
            <w:shd w:fill="E9EEF7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7"/>
              </w:rPr>
              <w:t>견적서 번호</w:t>
            </w:r>
          </w:p>
        </w:tc>
        <w:tc>
          <w:tcPr>
            <w:tcW w:type="dxa" w:w="3005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28" w:hRule="atLeast"/>
        </w:trPr>
        <w:tc>
          <w:tcPr>
            <w:tcW w:type="dxa" w:w="1474"/>
            <w:vAlign w:val="center"/>
            <w:shd w:fill="E9EEF7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7"/>
              </w:rPr>
              <w:t>작성일</w:t>
            </w:r>
          </w:p>
        </w:tc>
        <w:tc>
          <w:tcPr>
            <w:tcW w:type="dxa" w:w="3288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 xml:space="preserve">        년      월      일</w:t>
            </w:r>
          </w:p>
        </w:tc>
        <w:tc>
          <w:tcPr>
            <w:tcW w:type="dxa" w:w="1530"/>
            <w:vAlign w:val="center"/>
            <w:shd w:fill="E9EEF7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7"/>
              </w:rPr>
              <w:t>견적 유효기간</w:t>
            </w:r>
          </w:p>
        </w:tc>
        <w:tc>
          <w:tcPr>
            <w:tcW w:type="dxa" w:w="3005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E9EEF7"/>
            <w:tcBorders>
              <w:top w:val="single" w:sz="8" w:color="20365F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20365F"/>
                <w:sz w:val="18"/>
              </w:rPr>
              <w:t>제출 정보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85" w:hRule="atLeast"/>
        </w:trPr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공급자명</w:t>
            </w:r>
          </w:p>
        </w:tc>
        <w:tc>
          <w:tcPr>
            <w:tcW w:type="dxa" w:w="3231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고객명</w:t>
            </w:r>
          </w:p>
        </w:tc>
        <w:tc>
          <w:tcPr>
            <w:tcW w:type="dxa" w:w="311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85" w:hRule="atLeast"/>
        </w:trPr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사업자등록번호</w:t>
            </w:r>
          </w:p>
        </w:tc>
        <w:tc>
          <w:tcPr>
            <w:tcW w:type="dxa" w:w="3231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담당자</w:t>
            </w:r>
          </w:p>
        </w:tc>
        <w:tc>
          <w:tcPr>
            <w:tcW w:type="dxa" w:w="311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85" w:hRule="atLeast"/>
        </w:trPr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전자우편</w:t>
            </w:r>
          </w:p>
        </w:tc>
        <w:tc>
          <w:tcPr>
            <w:tcW w:type="dxa" w:w="3231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</w:t>
            </w:r>
          </w:p>
        </w:tc>
        <w:tc>
          <w:tcPr>
            <w:tcW w:type="dxa" w:w="311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85" w:hRule="atLeast"/>
        </w:trPr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</w:t>
            </w:r>
          </w:p>
        </w:tc>
        <w:tc>
          <w:tcPr>
            <w:tcW w:type="dxa" w:w="3231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74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제출처</w:t>
            </w:r>
          </w:p>
        </w:tc>
        <w:tc>
          <w:tcPr>
            <w:tcW w:type="dxa" w:w="311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E9EEF7"/>
            <w:tcBorders>
              <w:top w:val="single" w:sz="8" w:color="20365F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20365F"/>
                <w:sz w:val="18"/>
              </w:rPr>
              <w:t>견적 내역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11"/>
        <w:gridCol w:w="1311"/>
        <w:gridCol w:w="1311"/>
        <w:gridCol w:w="1311"/>
        <w:gridCol w:w="1311"/>
        <w:gridCol w:w="1311"/>
        <w:gridCol w:w="1311"/>
        <w:gridCol w:w="1311"/>
      </w:tblGrid>
      <w:tr>
        <w:trPr>
          <w:trHeight w:val="283" w:hRule="atLeast"/>
        </w:trPr>
        <w:tc>
          <w:tcPr>
            <w:tcW w:type="dxa" w:w="51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No.</w:t>
            </w:r>
          </w:p>
        </w:tc>
        <w:tc>
          <w:tcPr>
            <w:tcW w:type="dxa" w:w="2097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품목명</w:t>
            </w:r>
          </w:p>
        </w:tc>
        <w:tc>
          <w:tcPr>
            <w:tcW w:type="dxa" w:w="119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규격</w:t>
            </w:r>
          </w:p>
        </w:tc>
        <w:tc>
          <w:tcPr>
            <w:tcW w:type="dxa" w:w="68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수량</w:t>
            </w:r>
          </w:p>
        </w:tc>
        <w:tc>
          <w:tcPr>
            <w:tcW w:type="dxa" w:w="1134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단가</w:t>
            </w:r>
          </w:p>
        </w:tc>
        <w:tc>
          <w:tcPr>
            <w:tcW w:type="dxa" w:w="119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공급가액</w:t>
            </w:r>
          </w:p>
        </w:tc>
        <w:tc>
          <w:tcPr>
            <w:tcW w:type="dxa" w:w="102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세액</w:t>
            </w:r>
          </w:p>
        </w:tc>
        <w:tc>
          <w:tcPr>
            <w:tcW w:type="dxa" w:w="1190"/>
            <w:vAlign w:val="center"/>
            <w:shd w:fill="20365F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합계</w:t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2097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51" w:hRule="atLeast"/>
        </w:trPr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공급가액 합계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세액 합계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총 견적금액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 유효기간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결제 조건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4F7FC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납품/제공 예정일</w:t>
            </w:r>
          </w:p>
        </w:tc>
        <w:tc>
          <w:tcPr>
            <w:tcW w:type="dxa" w:w="2948"/>
            <w:vAlign w:val="center"/>
            <w:tcBorders>
              <w:top w:val="single" w:sz="5" w:color="9FB3D5"/>
              <w:bottom w:val="single" w:sz="5" w:color="9FB3D5"/>
              <w:left w:val="single" w:sz="5" w:color="9FB3D5"/>
              <w:right w:val="single" w:sz="5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481" w:hRule="atLeast"/>
        </w:trPr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확인 사항</w:t>
            </w:r>
          </w:p>
        </w:tc>
        <w:tc>
          <w:tcPr>
            <w:tcW w:type="dxa" w:w="3685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>□ 금액 확인  □ 세액 확인  □ 유효기간 확인</w:t>
            </w:r>
          </w:p>
        </w:tc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비고</w:t>
            </w:r>
          </w:p>
        </w:tc>
        <w:tc>
          <w:tcPr>
            <w:tcW w:type="dxa" w:w="2948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96" w:hRule="atLeast"/>
        </w:trPr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작성자</w:t>
            </w:r>
          </w:p>
        </w:tc>
        <w:tc>
          <w:tcPr>
            <w:tcW w:type="dxa" w:w="3685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전자서명</w:t>
            </w:r>
          </w:p>
        </w:tc>
        <w:tc>
          <w:tcPr>
            <w:tcW w:type="dxa" w:w="2948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96" w:hRule="atLeast"/>
        </w:trPr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확인일</w:t>
            </w:r>
          </w:p>
        </w:tc>
        <w:tc>
          <w:tcPr>
            <w:tcW w:type="dxa" w:w="3685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 xml:space="preserve">        년      월      일</w:t>
            </w:r>
          </w:p>
        </w:tc>
        <w:tc>
          <w:tcPr>
            <w:tcW w:type="dxa" w:w="1304"/>
            <w:vAlign w:val="center"/>
            <w:shd w:fill="F4F7FC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20365F"/>
                <w:sz w:val="16"/>
              </w:rPr>
              <w:t>서명/날인</w:t>
            </w:r>
          </w:p>
        </w:tc>
        <w:tc>
          <w:tcPr>
            <w:tcW w:type="dxa" w:w="2948"/>
            <w:vAlign w:val="center"/>
            <w:tcBorders>
              <w:top w:val="single" w:sz="4" w:color="9FB3D5"/>
              <w:bottom w:val="single" w:sz="4" w:color="9FB3D5"/>
              <w:left w:val="single" w:sz="4" w:color="9FB3D5"/>
              <w:right w:val="single" w:sz="4" w:color="9FB3D5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624" w:right="709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NanumGothic" w:hAnsi="NanumGothic" w:eastAsia="NanumGothi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