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NanumGothic" w:hAnsi="NanumGothic" w:eastAsia="NanumGothic"/>
          <w:b/>
          <w:color w:val="374151"/>
          <w:sz w:val="42"/>
        </w:rPr>
        <w:t>자기소개서</w:t>
      </w:r>
    </w:p>
    <w:p>
      <w:pPr>
        <w:spacing w:before="100" w:after="80"/>
      </w:pPr>
      <w:r>
        <w:rPr>
          <w:rFonts w:ascii="NanumGothic" w:hAnsi="NanumGothic" w:eastAsia="NanumGothic"/>
          <w:b/>
          <w:color w:val="374151"/>
          <w:sz w:val="22"/>
        </w:rPr>
        <w:t>인적사항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rHeight w:val="510" w:hRule="atLeast"/>
        </w:trPr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성명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생년월일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  <w:tr>
        <w:trPr>
          <w:trHeight w:val="510" w:hRule="atLeast"/>
        </w:trPr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연락처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이메일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  <w:tr>
        <w:trPr>
          <w:trHeight w:val="510" w:hRule="atLeast"/>
        </w:trPr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주소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희망연봉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  <w:tr>
        <w:trPr>
          <w:trHeight w:val="510" w:hRule="atLeast"/>
        </w:trPr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최종학력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경력기간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</w:tbl>
    <w:p>
      <w:pPr>
        <w:spacing w:after="40"/>
      </w:pPr>
    </w:p>
    <w:p>
      <w:pPr>
        <w:spacing w:before="100" w:after="80"/>
      </w:pPr>
      <w:r>
        <w:rPr>
          <w:rFonts w:ascii="NanumGothic" w:hAnsi="NanumGothic" w:eastAsia="NanumGothic"/>
          <w:b/>
          <w:color w:val="374151"/>
          <w:sz w:val="22"/>
        </w:rPr>
        <w:t>지원정보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rHeight w:val="510" w:hRule="atLeast"/>
        </w:trPr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지원 회사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지원 직무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  <w:tr>
        <w:trPr>
          <w:trHeight w:val="510" w:hRule="atLeast"/>
        </w:trPr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지원 부서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지원 구분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>□ 신입  □ 경력  □ 인턴  □ 기타</w:t>
            </w:r>
          </w:p>
        </w:tc>
      </w:tr>
      <w:tr>
        <w:trPr>
          <w:trHeight w:val="510" w:hRule="atLeast"/>
        </w:trPr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희망 근무지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입사 가능일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p>
      <w:pPr>
        <w:spacing w:before="100" w:after="80"/>
      </w:pPr>
      <w:r>
        <w:rPr>
          <w:rFonts w:ascii="NanumGothic" w:hAnsi="NanumGothic" w:eastAsia="NanumGothic"/>
          <w:b/>
          <w:color w:val="374151"/>
          <w:sz w:val="22"/>
        </w:rPr>
        <w:t>학력 및 경력 요약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rHeight w:val="454" w:hRule="atLeast"/>
        </w:trPr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color w:val="374151"/>
                <w:sz w:val="18"/>
              </w:rPr>
              <w:t>기간</w:t>
            </w:r>
          </w:p>
        </w:tc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color w:val="374151"/>
                <w:sz w:val="18"/>
              </w:rPr>
              <w:t>기관/회사</w:t>
            </w:r>
          </w:p>
        </w:tc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color w:val="374151"/>
                <w:sz w:val="18"/>
              </w:rPr>
              <w:t>전공/직무</w:t>
            </w:r>
          </w:p>
        </w:tc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color w:val="374151"/>
                <w:sz w:val="18"/>
              </w:rPr>
              <w:t>주요 내용</w:t>
            </w:r>
          </w:p>
        </w:tc>
      </w:tr>
      <w:tr>
        <w:trPr>
          <w:trHeight w:val="454" w:hRule="atLeast"/>
        </w:trPr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  <w:tr>
        <w:trPr>
          <w:trHeight w:val="454" w:hRule="atLeast"/>
        </w:trPr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  <w:tr>
        <w:trPr>
          <w:trHeight w:val="454" w:hRule="atLeast"/>
        </w:trPr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  <w:tr>
        <w:trPr>
          <w:trHeight w:val="454" w:hRule="atLeast"/>
        </w:trPr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p>
      <w:pPr>
        <w:spacing w:before="100" w:after="80"/>
      </w:pPr>
      <w:r>
        <w:rPr>
          <w:rFonts w:ascii="NanumGothic" w:hAnsi="NanumGothic" w:eastAsia="NanumGothic"/>
          <w:b/>
          <w:color w:val="374151"/>
          <w:sz w:val="22"/>
        </w:rPr>
        <w:t>자기소개 내용</w:t>
      </w:r>
    </w:p>
    <w:p>
      <w:pPr>
        <w:spacing w:before="80" w:after="60"/>
      </w:pPr>
      <w:r>
        <w:rPr>
          <w:rFonts w:ascii="NanumGothic" w:hAnsi="NanumGothic" w:eastAsia="NanumGothic"/>
          <w:b/>
          <w:color w:val="374151"/>
          <w:sz w:val="21"/>
        </w:rPr>
        <w:t>작성 내용 요약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92"/>
      </w:tblGrid>
      <w:tr>
        <w:trPr>
          <w:trHeight w:val="1020" w:hRule="atLeast"/>
        </w:trPr>
        <w:tc>
          <w:tcPr>
            <w:tcW w:type="dxa" w:w="10092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shd w:fill="FFFFFF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color w:val="4B5563"/>
                <w:sz w:val="18"/>
              </w:rPr>
              <w:br/>
              <w:br/>
              <w:br/>
            </w:r>
          </w:p>
        </w:tc>
      </w:tr>
    </w:tbl>
    <w:p>
      <w:pPr>
        <w:spacing w:before="80" w:after="60"/>
      </w:pPr>
      <w:r>
        <w:rPr>
          <w:rFonts w:ascii="NanumGothic" w:hAnsi="NanumGothic" w:eastAsia="NanumGothic"/>
          <w:b/>
          <w:color w:val="374151"/>
          <w:sz w:val="21"/>
        </w:rPr>
        <w:t>지원 동기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92"/>
      </w:tblGrid>
      <w:tr>
        <w:trPr>
          <w:trHeight w:val="1247" w:hRule="atLeast"/>
        </w:trPr>
        <w:tc>
          <w:tcPr>
            <w:tcW w:type="dxa" w:w="10092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shd w:fill="FFFFFF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color w:val="4B5563"/>
                <w:sz w:val="18"/>
              </w:rPr>
              <w:br/>
              <w:br/>
              <w:br/>
            </w:r>
          </w:p>
        </w:tc>
      </w:tr>
    </w:tbl>
    <w:p>
      <w:pPr>
        <w:spacing w:before="80" w:after="60"/>
      </w:pPr>
      <w:r>
        <w:rPr>
          <w:rFonts w:ascii="NanumGothic" w:hAnsi="NanumGothic" w:eastAsia="NanumGothic"/>
          <w:b/>
          <w:color w:val="374151"/>
          <w:sz w:val="21"/>
        </w:rPr>
        <w:t>보유 역량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92"/>
      </w:tblGrid>
      <w:tr>
        <w:trPr>
          <w:trHeight w:val="1247" w:hRule="atLeast"/>
        </w:trPr>
        <w:tc>
          <w:tcPr>
            <w:tcW w:type="dxa" w:w="10092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shd w:fill="FFFFFF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color w:val="4B5563"/>
                <w:sz w:val="18"/>
              </w:rPr>
              <w:br/>
              <w:br/>
              <w:br/>
            </w:r>
          </w:p>
        </w:tc>
      </w:tr>
    </w:tbl>
    <w:p>
      <w:pPr>
        <w:spacing w:before="80" w:after="60"/>
      </w:pPr>
      <w:r>
        <w:rPr>
          <w:rFonts w:ascii="NanumGothic" w:hAnsi="NanumGothic" w:eastAsia="NanumGothic"/>
          <w:b/>
          <w:color w:val="374151"/>
          <w:sz w:val="21"/>
        </w:rPr>
        <w:t>주요 경험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92"/>
      </w:tblGrid>
      <w:tr>
        <w:trPr>
          <w:trHeight w:val="1247" w:hRule="atLeast"/>
        </w:trPr>
        <w:tc>
          <w:tcPr>
            <w:tcW w:type="dxa" w:w="10092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shd w:fill="FFFFFF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color w:val="4B5563"/>
                <w:sz w:val="18"/>
              </w:rPr>
              <w:br/>
              <w:br/>
              <w:br/>
            </w:r>
          </w:p>
        </w:tc>
      </w:tr>
    </w:tbl>
    <w:p>
      <w:pPr>
        <w:spacing w:before="80" w:after="60"/>
      </w:pPr>
      <w:r>
        <w:rPr>
          <w:rFonts w:ascii="NanumGothic" w:hAnsi="NanumGothic" w:eastAsia="NanumGothic"/>
          <w:b/>
          <w:color w:val="374151"/>
          <w:sz w:val="21"/>
        </w:rPr>
        <w:t>입사 후 포부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92"/>
      </w:tblGrid>
      <w:tr>
        <w:trPr>
          <w:trHeight w:val="1134" w:hRule="atLeast"/>
        </w:trPr>
        <w:tc>
          <w:tcPr>
            <w:tcW w:type="dxa" w:w="10092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shd w:fill="FFFFFF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color w:val="4B5563"/>
                <w:sz w:val="18"/>
              </w:rPr>
              <w:br/>
              <w:br/>
              <w:br/>
            </w:r>
          </w:p>
        </w:tc>
      </w:tr>
    </w:tbl>
    <w:p>
      <w:pPr>
        <w:spacing w:before="100" w:after="80"/>
      </w:pPr>
      <w:r>
        <w:rPr>
          <w:rFonts w:ascii="NanumGothic" w:hAnsi="NanumGothic" w:eastAsia="NanumGothic"/>
          <w:b/>
          <w:color w:val="374151"/>
          <w:sz w:val="22"/>
        </w:rPr>
        <w:t>작성일 및 서명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rHeight w:val="567" w:hRule="atLeast"/>
        </w:trPr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확인란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>□ 작성 내용 확인</w:t>
            </w:r>
          </w:p>
        </w:tc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□ 개인정보 제공 확인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>□ 전자서명 확인</w:t>
            </w:r>
          </w:p>
        </w:tc>
      </w:tr>
      <w:tr>
        <w:trPr>
          <w:trHeight w:val="567" w:hRule="atLeast"/>
        </w:trPr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작성일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     년      월      일</w:t>
            </w:r>
          </w:p>
        </w:tc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제출처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  <w:tr>
        <w:trPr>
          <w:trHeight w:val="567" w:hRule="atLeast"/>
        </w:trPr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지원자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전자서명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  <w:tr>
        <w:trPr>
          <w:trHeight w:val="907" w:hRule="atLeast"/>
        </w:trPr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서명 이미지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  <w:tc>
          <w:tcPr>
            <w:tcW w:type="dxa" w:w="2523"/>
            <w:shd w:fill="ECFDF5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/>
                <w:sz w:val="18"/>
              </w:rPr>
              <w:t>확인자</w:t>
            </w:r>
          </w:p>
        </w:tc>
        <w:tc>
          <w:tcPr>
            <w:tcW w:type="dxa" w:w="2523"/>
            <w:tcBorders>
              <w:top w:sz="4" w:val="single" w:color="10B981"/>
              <w:left w:sz="4" w:val="single" w:color="10B981"/>
              <w:bottom w:sz="4" w:val="single" w:color="10B981"/>
              <w:right w:sz="4" w:val="single" w:color="10B981"/>
            </w:tcBorders>
            <w:vAlign w:val="center"/>
          </w:tcPr>
          <w:p>
            <w:pPr>
              <w:spacing w:before="0" w:after="0"/>
            </w:pPr>
            <w:r>
              <w:rPr>
                <w:rFonts w:ascii="NanumGothic" w:hAnsi="NanumGothic" w:eastAsia="NanumGothic"/>
                <w:sz w:val="18"/>
              </w:rPr>
              <w:t xml:space="preserve"> </w:t>
            </w:r>
          </w:p>
        </w:tc>
      </w:tr>
    </w:tbl>
    <w:sectPr w:rsidR="00FC693F" w:rsidRPr="0006063C" w:rsidSect="00034616">
      <w:pgSz w:w="11906" w:h="16838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NanumGothic" w:hAnsi="NanumGothic" w:eastAsia="NanumGothi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