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5" w:space="0" w:color="6B7280"/>
          <w:left w:val="single" w:sz="5" w:space="0" w:color="6B7280"/>
          <w:bottom w:val="single" w:sz="5" w:space="0" w:color="6B7280"/>
          <w:right w:val="single" w:sz="5" w:space="0" w:color="6B7280"/>
          <w:insideH w:val="single" w:sz="5" w:space="0" w:color="6B7280"/>
          <w:insideV w:val="single" w:sz="5" w:space="0" w:color="6B7280"/>
        </w:tblBorders>
      </w:tblPr>
      <w:tblGrid>
        <w:gridCol w:w="3926"/>
        <w:gridCol w:w="3926"/>
        <w:gridCol w:w="3926"/>
        <w:gridCol w:w="3926"/>
      </w:tblGrid>
      <w:tr>
        <w:tc>
          <w:tcPr>
            <w:tcW w:type="dxa" w:w="3926"/>
            <w:vMerge w:val="restart"/>
            <w:shd w:fill="E8F0FE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36"/>
              </w:rPr>
              <w:t>거래명세서</w:t>
            </w:r>
          </w:p>
        </w:tc>
        <w:tc>
          <w:tcPr>
            <w:tcW w:type="dxa" w:w="3926"/>
            <w:shd w:fill="F1F5F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6"/>
              </w:rPr>
              <w:t>문서번호</w:t>
            </w:r>
          </w:p>
        </w:tc>
        <w:tc>
          <w:tcPr>
            <w:tcW w:type="dxa" w:w="3926"/>
            <w:shd w:fill="F1F5F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6"/>
              </w:rPr>
              <w:t>작성일</w:t>
            </w:r>
          </w:p>
        </w:tc>
        <w:tc>
          <w:tcPr>
            <w:tcW w:type="dxa" w:w="3926"/>
            <w:shd w:fill="F1F5F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6"/>
              </w:rPr>
              <w:t>거래일</w:t>
            </w:r>
          </w:p>
        </w:tc>
      </w:tr>
      <w:tr>
        <w:tc>
          <w:tcPr>
            <w:tcW w:type="dxa" w:w="3926"/>
            <w:vMerge/>
          </w:tcPr>
          <w:p/>
        </w:tc>
        <w:tc>
          <w:tcPr>
            <w:tcW w:type="dxa" w:w="392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6"/>
              </w:rPr>
            </w:r>
          </w:p>
        </w:tc>
        <w:tc>
          <w:tcPr>
            <w:tcW w:type="dxa" w:w="392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6"/>
              </w:rPr>
              <w:t xml:space="preserve">        년        월        일</w:t>
            </w:r>
          </w:p>
        </w:tc>
        <w:tc>
          <w:tcPr>
            <w:tcW w:type="dxa" w:w="3926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6"/>
              </w:rPr>
              <w:t xml:space="preserve">        년        월        일</w:t>
            </w:r>
          </w:p>
        </w:tc>
      </w:tr>
    </w:tbl>
    <w:p>
      <w:pPr>
        <w:spacing w:before="0"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852"/>
        <w:gridCol w:w="7852"/>
      </w:tblGrid>
      <w:tr>
        <w:tc>
          <w:tcPr>
            <w:tcW w:type="dxa" w:w="7852"/>
            <w:tcMar>
              <w:top w:w="0" w:type="dxa"/>
              <w:start w:w="40" w:type="dxa"/>
              <w:bottom w:w="0" w:type="dxa"/>
              <w:end w:w="40" w:type="dxa"/>
            </w:tcMar>
          </w:tcPr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single" w:sz="4" w:space="0" w:color="6B7280"/>
                <w:left w:val="single" w:sz="4" w:space="0" w:color="6B7280"/>
                <w:bottom w:val="single" w:sz="4" w:space="0" w:color="6B7280"/>
                <w:right w:val="single" w:sz="4" w:space="0" w:color="6B7280"/>
                <w:insideH w:val="single" w:sz="4" w:space="0" w:color="6B7280"/>
                <w:insideV w:val="single" w:sz="4" w:space="0" w:color="6B7280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7852"/>
                  <w:gridSpan w:val="2"/>
                  <w:shd w:fill="E8F0FE"/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F2937"/>
                      <w:sz w:val="18"/>
                    </w:rPr>
                    <w:t>공급자 정보</w:t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상호명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사업자등록번호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대표자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주소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연락처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</w:tbl>
          <w:p/>
        </w:tc>
        <w:tc>
          <w:tcPr>
            <w:tcW w:type="dxa" w:w="7852"/>
            <w:tcMar>
              <w:top w:w="0" w:type="dxa"/>
              <w:start w:w="40" w:type="dxa"/>
              <w:bottom w:w="0" w:type="dxa"/>
              <w:end w:w="40" w:type="dxa"/>
            </w:tcMar>
          </w:tcPr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single" w:sz="4" w:space="0" w:color="6B7280"/>
                <w:left w:val="single" w:sz="4" w:space="0" w:color="6B7280"/>
                <w:bottom w:val="single" w:sz="4" w:space="0" w:color="6B7280"/>
                <w:right w:val="single" w:sz="4" w:space="0" w:color="6B7280"/>
                <w:insideH w:val="single" w:sz="4" w:space="0" w:color="6B7280"/>
                <w:insideV w:val="single" w:sz="4" w:space="0" w:color="6B7280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7852"/>
                  <w:gridSpan w:val="2"/>
                  <w:shd w:fill="E8F0FE"/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F2937"/>
                      <w:sz w:val="18"/>
                    </w:rPr>
                    <w:t>거래처 정보</w:t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거래처명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담당자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사업자등록번호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주소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F1F5F9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연락처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</w:tbl>
          <w:p/>
        </w:tc>
      </w:tr>
    </w:tbl>
    <w:p>
      <w:pPr>
        <w:spacing w:before="0"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B7280"/>
          <w:left w:val="single" w:sz="4" w:space="0" w:color="6B7280"/>
          <w:bottom w:val="single" w:sz="4" w:space="0" w:color="6B7280"/>
          <w:right w:val="single" w:sz="4" w:space="0" w:color="6B7280"/>
          <w:insideH w:val="single" w:sz="4" w:space="0" w:color="6B7280"/>
          <w:insideV w:val="single" w:sz="4" w:space="0" w:color="6B7280"/>
        </w:tblBorders>
      </w:tblPr>
      <w:tblGrid>
        <w:gridCol w:w="1745"/>
        <w:gridCol w:w="1745"/>
        <w:gridCol w:w="1745"/>
        <w:gridCol w:w="1745"/>
        <w:gridCol w:w="1745"/>
        <w:gridCol w:w="1745"/>
        <w:gridCol w:w="1745"/>
        <w:gridCol w:w="1745"/>
        <w:gridCol w:w="1745"/>
      </w:tblGrid>
      <w:tr>
        <w:trPr>
          <w:trHeight w:val="400" w:hRule="exact"/>
        </w:trPr>
        <w:tc>
          <w:tcPr>
            <w:tcW w:type="dxa" w:w="648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번호</w:t>
            </w:r>
          </w:p>
        </w:tc>
        <w:tc>
          <w:tcPr>
            <w:tcW w:type="dxa" w:w="3528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품목명</w:t>
            </w:r>
          </w:p>
        </w:tc>
        <w:tc>
          <w:tcPr>
            <w:tcW w:type="dxa" w:w="1800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규격</w:t>
            </w:r>
          </w:p>
        </w:tc>
        <w:tc>
          <w:tcPr>
            <w:tcW w:type="dxa" w:w="1036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수량</w:t>
            </w:r>
          </w:p>
        </w:tc>
        <w:tc>
          <w:tcPr>
            <w:tcW w:type="dxa" w:w="1512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단가</w:t>
            </w:r>
          </w:p>
        </w:tc>
        <w:tc>
          <w:tcPr>
            <w:tcW w:type="dxa" w:w="1728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공급가액</w:t>
            </w:r>
          </w:p>
        </w:tc>
        <w:tc>
          <w:tcPr>
            <w:tcW w:type="dxa" w:w="1512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세액</w:t>
            </w:r>
          </w:p>
        </w:tc>
        <w:tc>
          <w:tcPr>
            <w:tcW w:type="dxa" w:w="1800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합계</w:t>
            </w:r>
          </w:p>
        </w:tc>
        <w:tc>
          <w:tcPr>
            <w:tcW w:type="dxa" w:w="2088"/>
            <w:shd w:fill="E8F0FE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6"/>
              </w:rPr>
              <w:t>비고</w:t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</w:tbl>
    <w:p>
      <w:pPr>
        <w:spacing w:before="0"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852"/>
        <w:gridCol w:w="7852"/>
      </w:tblGrid>
      <w:tr>
        <w:tc>
          <w:tcPr>
            <w:tcW w:type="dxa" w:w="7852"/>
            <w:tcMar>
              <w:top w:w="0" w:type="dxa"/>
              <w:start w:w="0" w:type="dxa"/>
              <w:bottom w:w="0" w:type="dxa"/>
              <w:end w:w="80" w:type="dxa"/>
            </w:tcMar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6B7280"/>
                <w:left w:val="single" w:sz="5" w:space="0" w:color="6B7280"/>
                <w:bottom w:val="single" w:sz="5" w:space="0" w:color="6B7280"/>
                <w:right w:val="single" w:sz="5" w:space="0" w:color="6B7280"/>
                <w:insideH w:val="single" w:sz="5" w:space="0" w:color="6B7280"/>
                <w:insideV w:val="single" w:sz="5" w:space="0" w:color="6B7280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2448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공급가액 합계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원</w:t>
                  </w:r>
                </w:p>
              </w:tc>
            </w:tr>
            <w:tr>
              <w:tc>
                <w:tcPr>
                  <w:tcW w:type="dxa" w:w="2448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세액 합계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원</w:t>
                  </w:r>
                </w:p>
              </w:tc>
            </w:tr>
            <w:tr>
              <w:tc>
                <w:tcPr>
                  <w:tcW w:type="dxa" w:w="2448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총 합계금액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원</w:t>
                  </w:r>
                </w:p>
              </w:tc>
            </w:tr>
            <w:tr>
              <w:tc>
                <w:tcPr>
                  <w:tcW w:type="dxa" w:w="2448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결제 조건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</w:r>
                </w:p>
              </w:tc>
            </w:tr>
          </w:tbl>
          <w:p/>
        </w:tc>
        <w:tc>
          <w:tcPr>
            <w:tcW w:type="dxa" w:w="7852"/>
            <w:tcMar>
              <w:top w:w="0" w:type="dxa"/>
              <w:start w:w="80" w:type="dxa"/>
              <w:bottom w:w="0" w:type="dxa"/>
              <w:end w:w="0" w:type="dxa"/>
            </w:tcMar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6B7280"/>
                <w:left w:val="single" w:sz="5" w:space="0" w:color="6B7280"/>
                <w:bottom w:val="single" w:sz="5" w:space="0" w:color="6B7280"/>
                <w:right w:val="single" w:sz="5" w:space="0" w:color="6B7280"/>
                <w:insideH w:val="single" w:sz="5" w:space="0" w:color="6B7280"/>
                <w:insideV w:val="single" w:sz="5" w:space="0" w:color="6B7280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2232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확인란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□ 거래 내역 확인    □ 금액 확인    □ 인수 확인</w:t>
                  </w:r>
                </w:p>
              </w:tc>
            </w:tr>
            <w:tr>
              <w:tc>
                <w:tcPr>
                  <w:tcW w:type="dxa" w:w="2232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작성일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 xml:space="preserve">        년        월        일</w:t>
                  </w:r>
                </w:p>
              </w:tc>
            </w:tr>
            <w:tr>
              <w:tc>
                <w:tcPr>
                  <w:tcW w:type="dxa" w:w="2232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전자서명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</w:r>
                </w:p>
              </w:tc>
            </w:tr>
            <w:tr>
              <w:tc>
                <w:tcPr>
                  <w:tcW w:type="dxa" w:w="2232"/>
                  <w:shd w:fill="F1F5F9"/>
                  <w:vAlign w:val="center"/>
                  <w:tcMar>
                    <w:top w:w="55" w:type="dxa"/>
                    <w:start w:w="60" w:type="dxa"/>
                    <w:bottom w:w="55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담당자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5" w:type="dxa"/>
                    <w:start w:w="70" w:type="dxa"/>
                    <w:bottom w:w="55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425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1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1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