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pct" w:w="5000"/>
        <w:tblLook w:firstColumn="1" w:firstRow="1" w:lastColumn="0" w:lastRow="0" w:noHBand="0" w:noVBand="1" w:val="04A0"/>
        <w:tblLayout w:type="fixed"/>
      </w:tblPr>
      <w:tblGrid>
        <w:gridCol w:w="5244"/>
        <w:gridCol w:w="5244"/>
      </w:tblGrid>
      <w:tr>
        <w:tc>
          <w:tcPr>
            <w:tcW w:type="dxa" w:w="5159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sz="2" w:val="single" w:color="FFFFFF" w:space="0"/>
              <w:bottom w:sz="2" w:val="single" w:color="FFFFFF" w:space="0"/>
              <w:start w:sz="2" w:val="single" w:color="FFFFFF" w:space="0"/>
              <w:end w:sz="2" w:val="single" w:color="FFFFFF" w:space="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/>
                <w:color w:val="1D4ED8"/>
                <w:sz w:val="44"/>
              </w:rPr>
              <w:t>시말서</w:t>
            </w:r>
          </w:p>
        </w:tc>
        <w:tc>
          <w:tcPr>
            <w:tcW w:type="dxa" w:w="5159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sz="2" w:val="single" w:color="FFFFFF" w:space="0"/>
              <w:bottom w:sz="2" w:val="single" w:color="FFFFFF" w:space="0"/>
              <w:start w:sz="2" w:val="single" w:color="FFFFFF" w:space="0"/>
              <w:end w:sz="2" w:val="single" w:color="FFFFFF" w:space="0"/>
            </w:tcBorders>
          </w:tcPr>
          <w:p>
            <w:pPr>
              <w:spacing w:after="0" w:before="0" w:line="240" w:lineRule="auto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333333"/>
                <w:sz w:val="17"/>
              </w:rPr>
              <w:t>문서번호: ____________</w:t>
              <w:br/>
              <w:t>제출일:      년    월    일</w:t>
            </w:r>
          </w:p>
        </w:tc>
      </w:tr>
    </w:tbl>
    <w:p>
      <w:pPr>
        <w:spacing w:after="40" w:before="0" w:line="240" w:lineRule="auto"/>
      </w:pPr>
    </w:p>
    <w:tbl>
      <w:tblPr>
        <w:tblW w:type="pct" w:w="5000"/>
        <w:jc w:val="center"/>
        <w:tblLook w:firstColumn="1" w:firstRow="1" w:lastColumn="0" w:lastRow="0" w:noHBand="0" w:noVBand="1" w:val="04A0"/>
        <w:tblLayout w:type="fixed"/>
      </w:tblPr>
      <w:tblGrid>
        <w:gridCol w:w="1748"/>
        <w:gridCol w:w="1748"/>
        <w:gridCol w:w="1748"/>
        <w:gridCol w:w="1748"/>
        <w:gridCol w:w="1748"/>
        <w:gridCol w:w="1748"/>
      </w:tblGrid>
      <w:tr>
        <w:trPr>
          <w:trHeight w:val="408" w:hRule="atLeast"/>
        </w:trPr>
        <w:tc>
          <w:tcPr>
            <w:tcW w:type="dxa" w:w="1020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A9C5F5" w:space="0"/>
              <w:bottom w:sz="5" w:val="single" w:color="A9C5F5" w:space="0"/>
              <w:start w:sz="5" w:val="single" w:color="A9C5F5" w:space="0"/>
              <w:end w:sz="5" w:val="single" w:color="A9C5F5" w:space="0"/>
            </w:tcBorders>
            <w:shd w:fill="EAF2FF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D4ED8"/>
                <w:sz w:val="17"/>
              </w:rPr>
              <w:t>소속</w:t>
            </w:r>
          </w:p>
        </w:tc>
        <w:tc>
          <w:tcPr>
            <w:tcW w:type="dxa" w:w="1701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A9C5F5" w:space="0"/>
              <w:bottom w:sz="5" w:val="single" w:color="A9C5F5" w:space="0"/>
              <w:start w:sz="5" w:val="single" w:color="A9C5F5" w:space="0"/>
              <w:end w:sz="5" w:val="single" w:color="A9C5F5" w:space="0"/>
            </w:tcBorders>
            <w:shd w:fill="FFFFFF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7"/>
              </w:rPr>
            </w:r>
          </w:p>
        </w:tc>
        <w:tc>
          <w:tcPr>
            <w:tcW w:type="dxa" w:w="1020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A9C5F5" w:space="0"/>
              <w:bottom w:sz="5" w:val="single" w:color="A9C5F5" w:space="0"/>
              <w:start w:sz="5" w:val="single" w:color="A9C5F5" w:space="0"/>
              <w:end w:sz="5" w:val="single" w:color="A9C5F5" w:space="0"/>
            </w:tcBorders>
            <w:shd w:fill="EAF2FF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D4ED8"/>
                <w:sz w:val="17"/>
              </w:rPr>
              <w:t>직위</w:t>
            </w:r>
          </w:p>
        </w:tc>
        <w:tc>
          <w:tcPr>
            <w:tcW w:type="dxa" w:w="1701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A9C5F5" w:space="0"/>
              <w:bottom w:sz="5" w:val="single" w:color="A9C5F5" w:space="0"/>
              <w:start w:sz="5" w:val="single" w:color="A9C5F5" w:space="0"/>
              <w:end w:sz="5" w:val="single" w:color="A9C5F5" w:space="0"/>
            </w:tcBorders>
            <w:shd w:fill="FFFFFF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7"/>
              </w:rPr>
            </w:r>
          </w:p>
        </w:tc>
        <w:tc>
          <w:tcPr>
            <w:tcW w:type="dxa" w:w="1190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A9C5F5" w:space="0"/>
              <w:bottom w:sz="5" w:val="single" w:color="A9C5F5" w:space="0"/>
              <w:start w:sz="5" w:val="single" w:color="A9C5F5" w:space="0"/>
              <w:end w:sz="5" w:val="single" w:color="A9C5F5" w:space="0"/>
            </w:tcBorders>
            <w:shd w:fill="EAF2FF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D4ED8"/>
                <w:sz w:val="17"/>
              </w:rPr>
              <w:t>성명</w:t>
            </w:r>
          </w:p>
        </w:tc>
        <w:tc>
          <w:tcPr>
            <w:tcW w:type="dxa" w:w="2551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A9C5F5" w:space="0"/>
              <w:bottom w:sz="5" w:val="single" w:color="A9C5F5" w:space="0"/>
              <w:start w:sz="5" w:val="single" w:color="A9C5F5" w:space="0"/>
              <w:end w:sz="5" w:val="single" w:color="A9C5F5" w:space="0"/>
            </w:tcBorders>
            <w:shd w:fill="FFFFFF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7"/>
              </w:rPr>
            </w:r>
          </w:p>
        </w:tc>
      </w:tr>
      <w:tr>
        <w:trPr>
          <w:trHeight w:val="408" w:hRule="atLeast"/>
        </w:trPr>
        <w:tc>
          <w:tcPr>
            <w:tcW w:type="dxa" w:w="1020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A9C5F5" w:space="0"/>
              <w:bottom w:sz="5" w:val="single" w:color="A9C5F5" w:space="0"/>
              <w:start w:sz="5" w:val="single" w:color="A9C5F5" w:space="0"/>
              <w:end w:sz="5" w:val="single" w:color="A9C5F5" w:space="0"/>
            </w:tcBorders>
            <w:shd w:fill="EAF2FF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D4ED8"/>
                <w:sz w:val="17"/>
              </w:rPr>
              <w:t>연락처</w:t>
            </w:r>
          </w:p>
        </w:tc>
        <w:tc>
          <w:tcPr>
            <w:tcW w:type="dxa" w:w="1701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A9C5F5" w:space="0"/>
              <w:bottom w:sz="5" w:val="single" w:color="A9C5F5" w:space="0"/>
              <w:start w:sz="5" w:val="single" w:color="A9C5F5" w:space="0"/>
              <w:end w:sz="5" w:val="single" w:color="A9C5F5" w:space="0"/>
            </w:tcBorders>
            <w:shd w:fill="FFFFFF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7"/>
              </w:rPr>
            </w:r>
          </w:p>
        </w:tc>
        <w:tc>
          <w:tcPr>
            <w:tcW w:type="dxa" w:w="1020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A9C5F5" w:space="0"/>
              <w:bottom w:sz="5" w:val="single" w:color="A9C5F5" w:space="0"/>
              <w:start w:sz="5" w:val="single" w:color="A9C5F5" w:space="0"/>
              <w:end w:sz="5" w:val="single" w:color="A9C5F5" w:space="0"/>
            </w:tcBorders>
            <w:shd w:fill="EAF2FF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D4ED8"/>
                <w:sz w:val="17"/>
              </w:rPr>
              <w:t>사번/등록번호</w:t>
            </w:r>
          </w:p>
        </w:tc>
        <w:tc>
          <w:tcPr>
            <w:tcW w:type="dxa" w:w="1701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A9C5F5" w:space="0"/>
              <w:bottom w:sz="5" w:val="single" w:color="A9C5F5" w:space="0"/>
              <w:start w:sz="5" w:val="single" w:color="A9C5F5" w:space="0"/>
              <w:end w:sz="5" w:val="single" w:color="A9C5F5" w:space="0"/>
            </w:tcBorders>
            <w:shd w:fill="FFFFFF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7"/>
              </w:rPr>
            </w:r>
          </w:p>
        </w:tc>
        <w:tc>
          <w:tcPr>
            <w:tcW w:type="dxa" w:w="1190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A9C5F5" w:space="0"/>
              <w:bottom w:sz="5" w:val="single" w:color="A9C5F5" w:space="0"/>
              <w:start w:sz="5" w:val="single" w:color="A9C5F5" w:space="0"/>
              <w:end w:sz="5" w:val="single" w:color="A9C5F5" w:space="0"/>
            </w:tcBorders>
            <w:shd w:fill="EAF2FF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D4ED8"/>
                <w:sz w:val="17"/>
              </w:rPr>
              <w:t>제출처</w:t>
            </w:r>
          </w:p>
        </w:tc>
        <w:tc>
          <w:tcPr>
            <w:tcW w:type="dxa" w:w="2551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A9C5F5" w:space="0"/>
              <w:bottom w:sz="5" w:val="single" w:color="A9C5F5" w:space="0"/>
              <w:start w:sz="5" w:val="single" w:color="A9C5F5" w:space="0"/>
              <w:end w:sz="5" w:val="single" w:color="A9C5F5" w:space="0"/>
            </w:tcBorders>
            <w:shd w:fill="FFFFFF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7"/>
              </w:rPr>
            </w:r>
          </w:p>
        </w:tc>
      </w:tr>
      <w:tr>
        <w:trPr>
          <w:trHeight w:val="408" w:hRule="atLeast"/>
        </w:trPr>
        <w:tc>
          <w:tcPr>
            <w:tcW w:type="dxa" w:w="1020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A9C5F5" w:space="0"/>
              <w:bottom w:sz="5" w:val="single" w:color="A9C5F5" w:space="0"/>
              <w:start w:sz="5" w:val="single" w:color="A9C5F5" w:space="0"/>
              <w:end w:sz="5" w:val="single" w:color="A9C5F5" w:space="0"/>
            </w:tcBorders>
            <w:shd w:fill="EAF2FF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D4ED8"/>
                <w:sz w:val="17"/>
              </w:rPr>
              <w:t>발생 일시</w:t>
            </w:r>
          </w:p>
        </w:tc>
        <w:tc>
          <w:tcPr>
            <w:tcW w:type="dxa" w:w="1701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A9C5F5" w:space="0"/>
              <w:bottom w:sz="5" w:val="single" w:color="A9C5F5" w:space="0"/>
              <w:start w:sz="5" w:val="single" w:color="A9C5F5" w:space="0"/>
              <w:end w:sz="5" w:val="single" w:color="A9C5F5" w:space="0"/>
            </w:tcBorders>
            <w:shd w:fill="FFFFFF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7"/>
              </w:rPr>
            </w:r>
          </w:p>
        </w:tc>
        <w:tc>
          <w:tcPr>
            <w:tcW w:type="dxa" w:w="1020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A9C5F5" w:space="0"/>
              <w:bottom w:sz="5" w:val="single" w:color="A9C5F5" w:space="0"/>
              <w:start w:sz="5" w:val="single" w:color="A9C5F5" w:space="0"/>
              <w:end w:sz="5" w:val="single" w:color="A9C5F5" w:space="0"/>
            </w:tcBorders>
            <w:shd w:fill="EAF2FF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D4ED8"/>
                <w:sz w:val="17"/>
              </w:rPr>
              <w:t>발생 장소</w:t>
            </w:r>
          </w:p>
        </w:tc>
        <w:tc>
          <w:tcPr>
            <w:tcW w:type="dxa" w:w="1701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A9C5F5" w:space="0"/>
              <w:bottom w:sz="5" w:val="single" w:color="A9C5F5" w:space="0"/>
              <w:start w:sz="5" w:val="single" w:color="A9C5F5" w:space="0"/>
              <w:end w:sz="5" w:val="single" w:color="A9C5F5" w:space="0"/>
            </w:tcBorders>
            <w:shd w:fill="FFFFFF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7"/>
              </w:rPr>
            </w:r>
          </w:p>
        </w:tc>
        <w:tc>
          <w:tcPr>
            <w:tcW w:type="dxa" w:w="1190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A9C5F5" w:space="0"/>
              <w:bottom w:sz="5" w:val="single" w:color="A9C5F5" w:space="0"/>
              <w:start w:sz="5" w:val="single" w:color="A9C5F5" w:space="0"/>
              <w:end w:sz="5" w:val="single" w:color="A9C5F5" w:space="0"/>
            </w:tcBorders>
            <w:shd w:fill="EAF2FF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D4ED8"/>
                <w:sz w:val="17"/>
              </w:rPr>
              <w:t>관련자</w:t>
            </w:r>
          </w:p>
        </w:tc>
        <w:tc>
          <w:tcPr>
            <w:tcW w:type="dxa" w:w="2551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A9C5F5" w:space="0"/>
              <w:bottom w:sz="5" w:val="single" w:color="A9C5F5" w:space="0"/>
              <w:start w:sz="5" w:val="single" w:color="A9C5F5" w:space="0"/>
              <w:end w:sz="5" w:val="single" w:color="A9C5F5" w:space="0"/>
            </w:tcBorders>
            <w:shd w:fill="FFFFFF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7"/>
              </w:rPr>
            </w:r>
          </w:p>
        </w:tc>
      </w:tr>
    </w:tbl>
    <w:p>
      <w:pPr>
        <w:spacing w:after="40" w:before="0" w:line="240" w:lineRule="auto"/>
      </w:pPr>
    </w:p>
    <w:tbl>
      <w:tblPr>
        <w:tblW w:type="pct" w:w="5000"/>
        <w:jc w:val="center"/>
        <w:tblLook w:firstColumn="1" w:firstRow="1" w:lastColumn="0" w:lastRow="0" w:noHBand="0" w:noVBand="1" w:val="04A0"/>
        <w:tblLayout w:type="fixed"/>
      </w:tblPr>
      <w:tblGrid>
        <w:gridCol w:w="2622"/>
        <w:gridCol w:w="2622"/>
        <w:gridCol w:w="2622"/>
        <w:gridCol w:w="2622"/>
      </w:tblGrid>
      <w:tr>
        <w:trPr>
          <w:trHeight w:val="408" w:hRule="atLeast"/>
        </w:trPr>
        <w:tc>
          <w:tcPr>
            <w:tcW w:type="dxa" w:w="1304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A9C5F5" w:space="0"/>
              <w:bottom w:sz="5" w:val="single" w:color="A9C5F5" w:space="0"/>
              <w:start w:sz="5" w:val="single" w:color="A9C5F5" w:space="0"/>
              <w:end w:sz="5" w:val="single" w:color="A9C5F5" w:space="0"/>
            </w:tcBorders>
            <w:shd w:fill="EAF2FF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D4ED8"/>
                <w:sz w:val="17"/>
              </w:rPr>
              <w:t>처리 상태</w:t>
            </w:r>
          </w:p>
        </w:tc>
        <w:tc>
          <w:tcPr>
            <w:tcW w:type="dxa" w:w="3912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A9C5F5" w:space="0"/>
              <w:bottom w:sz="5" w:val="single" w:color="A9C5F5" w:space="0"/>
              <w:start w:sz="5" w:val="single" w:color="A9C5F5" w:space="0"/>
              <w:end w:sz="5" w:val="single" w:color="A9C5F5" w:space="0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7"/>
              </w:rPr>
              <w:t>□ 접수  □ 검토  □ 보완  □ 완료</w:t>
            </w:r>
          </w:p>
        </w:tc>
        <w:tc>
          <w:tcPr>
            <w:tcW w:type="dxa" w:w="1304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A9C5F5" w:space="0"/>
              <w:bottom w:sz="5" w:val="single" w:color="A9C5F5" w:space="0"/>
              <w:start w:sz="5" w:val="single" w:color="A9C5F5" w:space="0"/>
              <w:end w:sz="5" w:val="single" w:color="A9C5F5" w:space="0"/>
            </w:tcBorders>
            <w:shd w:fill="EAF2FF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D4ED8"/>
                <w:sz w:val="17"/>
              </w:rPr>
              <w:t>첨부자료</w:t>
            </w:r>
          </w:p>
        </w:tc>
        <w:tc>
          <w:tcPr>
            <w:tcW w:type="dxa" w:w="3798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A9C5F5" w:space="0"/>
              <w:bottom w:sz="5" w:val="single" w:color="A9C5F5" w:space="0"/>
              <w:start w:sz="5" w:val="single" w:color="A9C5F5" w:space="0"/>
              <w:end w:sz="5" w:val="single" w:color="A9C5F5" w:space="0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7"/>
              </w:rPr>
              <w:t>□ 있음  □ 없음</w:t>
            </w:r>
          </w:p>
        </w:tc>
      </w:tr>
      <w:tr>
        <w:trPr>
          <w:trHeight w:val="408" w:hRule="atLeast"/>
        </w:trPr>
        <w:tc>
          <w:tcPr>
            <w:tcW w:type="dxa" w:w="1304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A9C5F5" w:space="0"/>
              <w:bottom w:sz="5" w:val="single" w:color="A9C5F5" w:space="0"/>
              <w:start w:sz="5" w:val="single" w:color="A9C5F5" w:space="0"/>
              <w:end w:sz="5" w:val="single" w:color="A9C5F5" w:space="0"/>
            </w:tcBorders>
            <w:shd w:fill="EAF2FF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D4ED8"/>
                <w:sz w:val="17"/>
              </w:rPr>
              <w:t>확인란</w:t>
            </w:r>
          </w:p>
        </w:tc>
        <w:tc>
          <w:tcPr>
            <w:tcW w:type="dxa" w:w="3912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A9C5F5" w:space="0"/>
              <w:bottom w:sz="5" w:val="single" w:color="A9C5F5" w:space="0"/>
              <w:start w:sz="5" w:val="single" w:color="A9C5F5" w:space="0"/>
              <w:end w:sz="5" w:val="single" w:color="A9C5F5" w:space="0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7"/>
              </w:rPr>
              <w:t>□ 위 내용은 사실과 다름없음</w:t>
            </w:r>
          </w:p>
        </w:tc>
        <w:tc>
          <w:tcPr>
            <w:tcW w:type="dxa" w:w="1304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A9C5F5" w:space="0"/>
              <w:bottom w:sz="5" w:val="single" w:color="A9C5F5" w:space="0"/>
              <w:start w:sz="5" w:val="single" w:color="A9C5F5" w:space="0"/>
              <w:end w:sz="5" w:val="single" w:color="A9C5F5" w:space="0"/>
            </w:tcBorders>
            <w:shd w:fill="EAF2FF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D4ED8"/>
                <w:sz w:val="17"/>
              </w:rPr>
              <w:t>재발 방지</w:t>
            </w:r>
          </w:p>
        </w:tc>
        <w:tc>
          <w:tcPr>
            <w:tcW w:type="dxa" w:w="3798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A9C5F5" w:space="0"/>
              <w:bottom w:sz="5" w:val="single" w:color="A9C5F5" w:space="0"/>
              <w:start w:sz="5" w:val="single" w:color="A9C5F5" w:space="0"/>
              <w:end w:sz="5" w:val="single" w:color="A9C5F5" w:space="0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7"/>
              </w:rPr>
              <w:t>□ 계획 수립  □ 이행 예정</w:t>
            </w:r>
          </w:p>
        </w:tc>
      </w:tr>
    </w:tbl>
    <w:p>
      <w:pPr>
        <w:spacing w:after="40" w:before="0" w:line="240" w:lineRule="auto"/>
      </w:pPr>
    </w:p>
    <w:tbl>
      <w:tblPr>
        <w:tblW w:type="pct" w:w="5000"/>
        <w:jc w:val="center"/>
        <w:tblLook w:firstColumn="1" w:firstRow="1" w:lastColumn="0" w:lastRow="0" w:noHBand="0" w:noVBand="1" w:val="04A0"/>
        <w:tblLayout w:type="fixed"/>
      </w:tblPr>
      <w:tblGrid>
        <w:gridCol w:w="10488"/>
      </w:tblGrid>
      <w:tr>
        <w:trPr>
          <w:trHeight w:val="328" w:hRule="atLeast"/>
        </w:trPr>
        <w:tc>
          <w:tcPr>
            <w:tcW w:type="dxa" w:w="10376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5" w:val="single" w:color="A9C5F5" w:space="0"/>
              <w:bottom w:sz="5" w:val="single" w:color="A9C5F5" w:space="0"/>
              <w:start w:sz="5" w:val="single" w:color="A9C5F5" w:space="0"/>
              <w:end w:sz="5" w:val="single" w:color="A9C5F5" w:space="0"/>
            </w:tcBorders>
            <w:shd w:fill="EAF2FF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/>
                <w:color w:val="1D4ED8"/>
                <w:sz w:val="17"/>
              </w:rPr>
              <w:t>발생 경위</w:t>
            </w:r>
          </w:p>
        </w:tc>
      </w:tr>
      <w:tr>
        <w:trPr>
          <w:trHeight w:val="1332" w:hRule="atLeast"/>
        </w:trPr>
        <w:tc>
          <w:tcPr>
            <w:tcW w:type="dxa" w:w="10376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5" w:val="single" w:color="A9C5F5" w:space="0"/>
              <w:bottom w:sz="5" w:val="single" w:color="A9C5F5" w:space="0"/>
              <w:start w:sz="5" w:val="single" w:color="A9C5F5" w:space="0"/>
              <w:end w:sz="5" w:val="single" w:color="A9C5F5" w:space="0"/>
            </w:tcBorders>
            <w:shd w:fill="FFFFFF"/>
            <w:vAlign w:val="center"/>
          </w:tcPr>
          <w:p>
            <w:pPr>
              <w:spacing w:after="0" w:before="0" w:line="240" w:lineRule="auto"/>
            </w:pPr>
            <w:r/>
            <w:r>
              <w:rPr>
                <w:rFonts w:ascii="Noto Sans CJK KR" w:hAnsi="Noto Sans CJK KR" w:eastAsia="Noto Sans CJK KR"/>
                <w:b w:val="0"/>
                <w:sz w:val="17"/>
              </w:rPr>
            </w:r>
          </w:p>
        </w:tc>
      </w:tr>
    </w:tbl>
    <w:p>
      <w:pPr>
        <w:spacing w:after="20" w:before="0" w:line="240" w:lineRule="auto"/>
      </w:pPr>
    </w:p>
    <w:tbl>
      <w:tblPr>
        <w:tblW w:type="pct" w:w="5000"/>
        <w:jc w:val="center"/>
        <w:tblLook w:firstColumn="1" w:firstRow="1" w:lastColumn="0" w:lastRow="0" w:noHBand="0" w:noVBand="1" w:val="04A0"/>
        <w:tblLayout w:type="fixed"/>
      </w:tblPr>
      <w:tblGrid>
        <w:gridCol w:w="10488"/>
      </w:tblGrid>
      <w:tr>
        <w:trPr>
          <w:trHeight w:val="328" w:hRule="atLeast"/>
        </w:trPr>
        <w:tc>
          <w:tcPr>
            <w:tcW w:type="dxa" w:w="10376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5" w:val="single" w:color="A9C5F5" w:space="0"/>
              <w:bottom w:sz="5" w:val="single" w:color="A9C5F5" w:space="0"/>
              <w:start w:sz="5" w:val="single" w:color="A9C5F5" w:space="0"/>
              <w:end w:sz="5" w:val="single" w:color="A9C5F5" w:space="0"/>
            </w:tcBorders>
            <w:shd w:fill="EAF2FF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/>
                <w:color w:val="1D4ED8"/>
                <w:sz w:val="17"/>
              </w:rPr>
              <w:t>원인 및 책임 인정 사항</w:t>
            </w:r>
          </w:p>
        </w:tc>
      </w:tr>
      <w:tr>
        <w:trPr>
          <w:trHeight w:val="765" w:hRule="atLeast"/>
        </w:trPr>
        <w:tc>
          <w:tcPr>
            <w:tcW w:type="dxa" w:w="10376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5" w:val="single" w:color="A9C5F5" w:space="0"/>
              <w:bottom w:sz="5" w:val="single" w:color="A9C5F5" w:space="0"/>
              <w:start w:sz="5" w:val="single" w:color="A9C5F5" w:space="0"/>
              <w:end w:sz="5" w:val="single" w:color="A9C5F5" w:space="0"/>
            </w:tcBorders>
            <w:shd w:fill="FFFFFF"/>
            <w:vAlign w:val="center"/>
          </w:tcPr>
          <w:p>
            <w:pPr>
              <w:spacing w:after="0" w:before="0" w:line="240" w:lineRule="auto"/>
            </w:pPr>
            <w:r/>
            <w:r>
              <w:rPr>
                <w:rFonts w:ascii="Noto Sans CJK KR" w:hAnsi="Noto Sans CJK KR" w:eastAsia="Noto Sans CJK KR"/>
                <w:b w:val="0"/>
                <w:sz w:val="17"/>
              </w:rPr>
            </w:r>
          </w:p>
        </w:tc>
      </w:tr>
    </w:tbl>
    <w:p>
      <w:pPr>
        <w:spacing w:after="20" w:before="0" w:line="240" w:lineRule="auto"/>
      </w:pPr>
    </w:p>
    <w:tbl>
      <w:tblPr>
        <w:tblW w:type="pct" w:w="5000"/>
        <w:jc w:val="center"/>
        <w:tblLook w:firstColumn="1" w:firstRow="1" w:lastColumn="0" w:lastRow="0" w:noHBand="0" w:noVBand="1" w:val="04A0"/>
        <w:tblLayout w:type="fixed"/>
      </w:tblPr>
      <w:tblGrid>
        <w:gridCol w:w="10488"/>
      </w:tblGrid>
      <w:tr>
        <w:trPr>
          <w:trHeight w:val="328" w:hRule="atLeast"/>
        </w:trPr>
        <w:tc>
          <w:tcPr>
            <w:tcW w:type="dxa" w:w="10376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5" w:val="single" w:color="A9C5F5" w:space="0"/>
              <w:bottom w:sz="5" w:val="single" w:color="A9C5F5" w:space="0"/>
              <w:start w:sz="5" w:val="single" w:color="A9C5F5" w:space="0"/>
              <w:end w:sz="5" w:val="single" w:color="A9C5F5" w:space="0"/>
            </w:tcBorders>
            <w:shd w:fill="EAF2FF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/>
                <w:color w:val="1D4ED8"/>
                <w:sz w:val="17"/>
              </w:rPr>
              <w:t>조치 내용</w:t>
            </w:r>
          </w:p>
        </w:tc>
      </w:tr>
      <w:tr>
        <w:trPr>
          <w:trHeight w:val="708" w:hRule="atLeast"/>
        </w:trPr>
        <w:tc>
          <w:tcPr>
            <w:tcW w:type="dxa" w:w="10376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5" w:val="single" w:color="A9C5F5" w:space="0"/>
              <w:bottom w:sz="5" w:val="single" w:color="A9C5F5" w:space="0"/>
              <w:start w:sz="5" w:val="single" w:color="A9C5F5" w:space="0"/>
              <w:end w:sz="5" w:val="single" w:color="A9C5F5" w:space="0"/>
            </w:tcBorders>
            <w:shd w:fill="FFFFFF"/>
            <w:vAlign w:val="center"/>
          </w:tcPr>
          <w:p>
            <w:pPr>
              <w:spacing w:after="0" w:before="0" w:line="240" w:lineRule="auto"/>
            </w:pPr>
            <w:r/>
            <w:r>
              <w:rPr>
                <w:rFonts w:ascii="Noto Sans CJK KR" w:hAnsi="Noto Sans CJK KR" w:eastAsia="Noto Sans CJK KR"/>
                <w:b w:val="0"/>
                <w:sz w:val="17"/>
              </w:rPr>
            </w:r>
          </w:p>
        </w:tc>
      </w:tr>
    </w:tbl>
    <w:p>
      <w:pPr>
        <w:spacing w:after="20" w:before="0" w:line="240" w:lineRule="auto"/>
      </w:pPr>
    </w:p>
    <w:tbl>
      <w:tblPr>
        <w:tblW w:type="pct" w:w="5000"/>
        <w:jc w:val="center"/>
        <w:tblLook w:firstColumn="1" w:firstRow="1" w:lastColumn="0" w:lastRow="0" w:noHBand="0" w:noVBand="1" w:val="04A0"/>
        <w:tblLayout w:type="fixed"/>
      </w:tblPr>
      <w:tblGrid>
        <w:gridCol w:w="10488"/>
      </w:tblGrid>
      <w:tr>
        <w:trPr>
          <w:trHeight w:val="328" w:hRule="atLeast"/>
        </w:trPr>
        <w:tc>
          <w:tcPr>
            <w:tcW w:type="dxa" w:w="10376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5" w:val="single" w:color="A9C5F5" w:space="0"/>
              <w:bottom w:sz="5" w:val="single" w:color="A9C5F5" w:space="0"/>
              <w:start w:sz="5" w:val="single" w:color="A9C5F5" w:space="0"/>
              <w:end w:sz="5" w:val="single" w:color="A9C5F5" w:space="0"/>
            </w:tcBorders>
            <w:shd w:fill="EAF2FF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/>
                <w:color w:val="1D4ED8"/>
                <w:sz w:val="17"/>
              </w:rPr>
              <w:t>재발 방지 계획</w:t>
            </w:r>
          </w:p>
        </w:tc>
      </w:tr>
      <w:tr>
        <w:trPr>
          <w:trHeight w:val="765" w:hRule="atLeast"/>
        </w:trPr>
        <w:tc>
          <w:tcPr>
            <w:tcW w:type="dxa" w:w="10376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5" w:val="single" w:color="A9C5F5" w:space="0"/>
              <w:bottom w:sz="5" w:val="single" w:color="A9C5F5" w:space="0"/>
              <w:start w:sz="5" w:val="single" w:color="A9C5F5" w:space="0"/>
              <w:end w:sz="5" w:val="single" w:color="A9C5F5" w:space="0"/>
            </w:tcBorders>
            <w:shd w:fill="FFFFFF"/>
            <w:vAlign w:val="center"/>
          </w:tcPr>
          <w:p>
            <w:pPr>
              <w:spacing w:after="0" w:before="0" w:line="240" w:lineRule="auto"/>
            </w:pPr>
            <w:r/>
            <w:r>
              <w:rPr>
                <w:rFonts w:ascii="Noto Sans CJK KR" w:hAnsi="Noto Sans CJK KR" w:eastAsia="Noto Sans CJK KR"/>
                <w:b w:val="0"/>
                <w:sz w:val="17"/>
              </w:rPr>
            </w:r>
          </w:p>
        </w:tc>
      </w:tr>
    </w:tbl>
    <w:p>
      <w:pPr>
        <w:spacing w:after="20" w:before="0" w:line="240" w:lineRule="auto"/>
      </w:pPr>
    </w:p>
    <w:tbl>
      <w:tblPr>
        <w:tblW w:type="pct" w:w="5000"/>
        <w:tblLook w:firstColumn="1" w:firstRow="1" w:lastColumn="0" w:lastRow="0" w:noHBand="0" w:noVBand="1" w:val="04A0"/>
        <w:tblLayout w:type="fixed"/>
      </w:tblPr>
      <w:tblGrid>
        <w:gridCol w:w="3496"/>
        <w:gridCol w:w="3496"/>
        <w:gridCol w:w="3496"/>
      </w:tblGrid>
      <w:tr>
        <w:tc>
          <w:tcPr>
            <w:tcW w:type="dxa" w:w="3458"/>
            <w:tcMar>
              <w:top w:w="80" w:type="dxa"/>
              <w:start w:w="80" w:type="dxa"/>
              <w:bottom w:w="80" w:type="dxa"/>
              <w:end w:w="80" w:type="dxa"/>
            </w:tcMar>
            <w:shd w:fill="EAF2FF"/>
            <w:tcBorders>
              <w:top w:sz="5" w:val="single" w:color="A9C5F5" w:space="0"/>
              <w:bottom w:sz="5" w:val="single" w:color="A9C5F5" w:space="0"/>
              <w:start w:sz="5" w:val="single" w:color="A9C5F5" w:space="0"/>
              <w:end w:sz="5" w:val="single" w:color="A9C5F5" w:space="0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D4ED8"/>
                <w:sz w:val="17"/>
              </w:rPr>
              <w:t>작성자 전자서명</w:t>
            </w:r>
          </w:p>
        </w:tc>
        <w:tc>
          <w:tcPr>
            <w:tcW w:type="dxa" w:w="3458"/>
            <w:tcMar>
              <w:top w:w="80" w:type="dxa"/>
              <w:start w:w="80" w:type="dxa"/>
              <w:bottom w:w="80" w:type="dxa"/>
              <w:end w:w="80" w:type="dxa"/>
            </w:tcMar>
            <w:shd w:fill="EAF2FF"/>
            <w:tcBorders>
              <w:top w:sz="5" w:val="single" w:color="A9C5F5" w:space="0"/>
              <w:bottom w:sz="5" w:val="single" w:color="A9C5F5" w:space="0"/>
              <w:start w:sz="5" w:val="single" w:color="A9C5F5" w:space="0"/>
              <w:end w:sz="5" w:val="single" w:color="A9C5F5" w:space="0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D4ED8"/>
                <w:sz w:val="17"/>
              </w:rPr>
              <w:t>부서장 확인</w:t>
            </w:r>
          </w:p>
        </w:tc>
        <w:tc>
          <w:tcPr>
            <w:tcW w:type="dxa" w:w="3458"/>
            <w:tcMar>
              <w:top w:w="80" w:type="dxa"/>
              <w:start w:w="80" w:type="dxa"/>
              <w:bottom w:w="80" w:type="dxa"/>
              <w:end w:w="80" w:type="dxa"/>
            </w:tcMar>
            <w:shd w:fill="EAF2FF"/>
            <w:tcBorders>
              <w:top w:sz="5" w:val="single" w:color="A9C5F5" w:space="0"/>
              <w:bottom w:sz="5" w:val="single" w:color="A9C5F5" w:space="0"/>
              <w:start w:sz="5" w:val="single" w:color="A9C5F5" w:space="0"/>
              <w:end w:sz="5" w:val="single" w:color="A9C5F5" w:space="0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D4ED8"/>
                <w:sz w:val="17"/>
              </w:rPr>
              <w:t>담당자 확인</w:t>
            </w:r>
          </w:p>
        </w:tc>
      </w:tr>
      <w:tr>
        <w:trPr>
          <w:trHeight w:val="708" w:hRule="atLeast"/>
        </w:trPr>
        <w:tc>
          <w:tcPr>
            <w:tcW w:type="dxa" w:w="3458"/>
            <w:tcMar>
              <w:top w:w="130" w:type="dxa"/>
              <w:start w:w="80" w:type="dxa"/>
              <w:bottom w:w="130" w:type="dxa"/>
              <w:end w:w="80" w:type="dxa"/>
            </w:tcMar>
            <w:tcBorders>
              <w:top w:sz="5" w:val="single" w:color="A9C5F5" w:space="0"/>
              <w:bottom w:sz="5" w:val="single" w:color="A9C5F5" w:space="0"/>
              <w:start w:sz="5" w:val="single" w:color="A9C5F5" w:space="0"/>
              <w:end w:sz="5" w:val="single" w:color="A9C5F5" w:space="0"/>
            </w:tcBorders>
            <w:vAlign w:val="center"/>
          </w:tcPr>
          <w:p>
            <w:pPr>
              <w:spacing w:after="0" w:before="0" w:line="240" w:lineRule="auto"/>
            </w:pPr>
            <w:r/>
            <w:r>
              <w:rPr>
                <w:rFonts w:ascii="Noto Sans CJK KR" w:hAnsi="Noto Sans CJK KR" w:eastAsia="Noto Sans CJK KR"/>
                <w:b w:val="0"/>
                <w:sz w:val="17"/>
              </w:rPr>
            </w:r>
          </w:p>
        </w:tc>
        <w:tc>
          <w:tcPr>
            <w:tcW w:type="dxa" w:w="3458"/>
            <w:tcMar>
              <w:top w:w="130" w:type="dxa"/>
              <w:start w:w="80" w:type="dxa"/>
              <w:bottom w:w="130" w:type="dxa"/>
              <w:end w:w="80" w:type="dxa"/>
            </w:tcMar>
            <w:tcBorders>
              <w:top w:sz="5" w:val="single" w:color="A9C5F5" w:space="0"/>
              <w:bottom w:sz="5" w:val="single" w:color="A9C5F5" w:space="0"/>
              <w:start w:sz="5" w:val="single" w:color="A9C5F5" w:space="0"/>
              <w:end w:sz="5" w:val="single" w:color="A9C5F5" w:space="0"/>
            </w:tcBorders>
            <w:vAlign w:val="center"/>
          </w:tcPr>
          <w:p>
            <w:pPr>
              <w:spacing w:after="0" w:before="0" w:line="240" w:lineRule="auto"/>
            </w:pPr>
            <w:r/>
            <w:r>
              <w:rPr>
                <w:rFonts w:ascii="Noto Sans CJK KR" w:hAnsi="Noto Sans CJK KR" w:eastAsia="Noto Sans CJK KR"/>
                <w:b w:val="0"/>
                <w:sz w:val="17"/>
              </w:rPr>
            </w:r>
          </w:p>
        </w:tc>
        <w:tc>
          <w:tcPr>
            <w:tcW w:type="dxa" w:w="3458"/>
            <w:tcMar>
              <w:top w:w="130" w:type="dxa"/>
              <w:start w:w="80" w:type="dxa"/>
              <w:bottom w:w="130" w:type="dxa"/>
              <w:end w:w="80" w:type="dxa"/>
            </w:tcMar>
            <w:tcBorders>
              <w:top w:sz="5" w:val="single" w:color="A9C5F5" w:space="0"/>
              <w:bottom w:sz="5" w:val="single" w:color="A9C5F5" w:space="0"/>
              <w:start w:sz="5" w:val="single" w:color="A9C5F5" w:space="0"/>
              <w:end w:sz="5" w:val="single" w:color="A9C5F5" w:space="0"/>
            </w:tcBorders>
            <w:vAlign w:val="center"/>
          </w:tcPr>
          <w:p>
            <w:pPr>
              <w:spacing w:after="0" w:before="0" w:line="240" w:lineRule="auto"/>
            </w:pPr>
            <w:r/>
            <w:r>
              <w:rPr>
                <w:rFonts w:ascii="Noto Sans CJK KR" w:hAnsi="Noto Sans CJK KR" w:eastAsia="Noto Sans CJK KR"/>
                <w:b w:val="0"/>
                <w:sz w:val="17"/>
              </w:rPr>
            </w:r>
          </w:p>
        </w:tc>
      </w:tr>
    </w:tbl>
    <w:sectPr w:rsidR="00FC693F" w:rsidRPr="0006063C" w:rsidSect="00034616">
      <w:pgSz w:w="11906" w:h="16838"/>
      <w:pgMar w:top="680" w:right="709" w:bottom="595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KR" w:hAnsi="Noto Sans CJK KR" w:eastAsia="Noto Sans CJK KR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