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8A5A44"/>
            <w:tcBorders>
              <w:top w:val="single" w:sz="8" w:space="0" w:color="8A5A44"/>
              <w:start w:val="single" w:sz="8" w:space="0" w:color="8A5A44"/>
              <w:bottom w:val="single" w:sz="8" w:space="0" w:color="8A5A44"/>
              <w:end w:val="single" w:sz="8" w:space="0" w:color="8A5A44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40"/>
              </w:rPr>
              <w:t>경위서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F7EDE2"/>
            <w:vAlign w:val="center"/>
            <w:tcBorders>
              <w:top w:val="single" w:sz="2" w:space="0" w:color="D7BFA8"/>
              <w:start w:val="single" w:sz="2" w:space="0" w:color="D7BFA8"/>
              <w:bottom w:val="single" w:sz="6" w:space="0" w:color="8A5A44"/>
              <w:end w:val="single" w:sz="2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8A5A44"/>
                <w:sz w:val="22"/>
              </w:rPr>
              <w:t>작성자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소속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직위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</w:tr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성명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연락처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</w:tr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  <w:t>20    년      월      일</w:t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문서번호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F7EDE2"/>
            <w:vAlign w:val="center"/>
            <w:tcBorders>
              <w:top w:val="single" w:sz="2" w:space="0" w:color="D7BFA8"/>
              <w:start w:val="single" w:sz="2" w:space="0" w:color="D7BFA8"/>
              <w:bottom w:val="single" w:sz="6" w:space="0" w:color="8A5A44"/>
              <w:end w:val="single" w:sz="2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8A5A44"/>
                <w:sz w:val="22"/>
              </w:rPr>
              <w:t>발생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발생일시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  <w:t>20    년      월      일      시      분</w:t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발생장소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</w:tr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사건명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8"/>
              </w:rPr>
              <w:t>관련자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8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F7EDE2"/>
            <w:vAlign w:val="center"/>
            <w:tcBorders>
              <w:top w:val="single" w:sz="2" w:space="0" w:color="D7BFA8"/>
              <w:start w:val="single" w:sz="2" w:space="0" w:color="D7BFA8"/>
              <w:bottom w:val="single" w:sz="6" w:space="0" w:color="8A5A44"/>
              <w:end w:val="single" w:sz="2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8A5A44"/>
                <w:sz w:val="22"/>
              </w:rPr>
              <w:t>경위 내용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rHeight w:val="720" w:hRule="atLeast"/>
        </w:trPr>
        <w:tc>
          <w:tcPr>
            <w:tcW w:type="dxa" w:w="5018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발생 배경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1200" w:hRule="atLeast"/>
        </w:trPr>
        <w:tc>
          <w:tcPr>
            <w:tcW w:type="dxa" w:w="5018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진행 경위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확인 사항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조치 내용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재발 방지 계획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480" w:hRule="atLeast"/>
        </w:trPr>
        <w:tc>
          <w:tcPr>
            <w:tcW w:type="dxa" w:w="5018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첨부자료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spacing w:after="180" w:line="240" w:lineRule="auto"/>
            </w:pPr>
            <w:r/>
            <w:r/>
          </w:p>
          <w:p>
            <w:pPr>
              <w:spacing w:after="180" w:line="240" w:lineRule="auto"/>
            </w:pPr>
            <w:r/>
          </w:p>
        </w:tc>
      </w:tr>
    </w:tbl>
    <w:p>
      <w:pPr>
        <w:spacing w:before="120" w:after="160"/>
        <w:jc w:val="center"/>
      </w:pPr>
      <w:r>
        <w:rPr>
          <w:rFonts w:ascii="Noto Sans CJK KR" w:hAnsi="Noto Sans CJK KR" w:eastAsia="Noto Sans CJK KR"/>
          <w:b w:val="0"/>
          <w:color w:val="3A2E2A"/>
          <w:sz w:val="21"/>
        </w:rPr>
        <w:t>위 내용은 사실과 다름없음을 확인합니다.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9"/>
              </w:rPr>
              <w:t>20    년      월      일</w:t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작성자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9"/>
              </w:rPr>
              <w:t xml:space="preserve">                (서명 또는 날인)</w:t>
            </w:r>
          </w:p>
        </w:tc>
      </w:tr>
      <w:tr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검토자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9"/>
              </w:rPr>
              <w:t xml:space="preserve">                (서명 또는 날인)</w:t>
            </w:r>
          </w:p>
        </w:tc>
        <w:tc>
          <w:tcPr>
            <w:tcW w:type="dxa" w:w="2509"/>
            <w:shd w:fill="F7EDE2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3A2E2A"/>
                <w:sz w:val="19"/>
              </w:rPr>
              <w:t>승인자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D7BFA8"/>
              <w:start w:val="single" w:sz="4" w:space="0" w:color="D7BFA8"/>
              <w:bottom w:val="single" w:sz="4" w:space="0" w:color="D7BFA8"/>
              <w:end w:val="single" w:sz="4" w:space="0" w:color="D7BFA8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3A2E2A"/>
                <w:sz w:val="19"/>
              </w:rPr>
              <w:t xml:space="preserve">                (서명 또는 날인)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935" w:bottom="82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777777"/>
        <w:sz w:val="16"/>
      </w:rPr>
      <w:t>작성자: ____________    제출일: 20____년 ____월 ____일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