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 w:before="0"/>
        <w:jc w:val="center"/>
      </w:pPr>
      <w:r>
        <w:rPr>
          <w:rFonts w:ascii="NanumSquareRound" w:hAnsi="NanumSquareRound" w:eastAsia="NanumSquareRound"/>
          <w:b/>
          <w:color w:val="4A3F35"/>
          <w:sz w:val="38"/>
        </w:rPr>
        <w:t>탄원서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제출처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 귀중</w:t>
            </w:r>
          </w:p>
        </w:tc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작성일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20____년 ____월 ____일</w:t>
            </w:r>
          </w:p>
        </w:tc>
      </w:tr>
      <w:tr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탄원인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연락처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주소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____________________________________________________________</w:t>
            </w:r>
          </w:p>
        </w:tc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관계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탄원 대상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사건명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8"/>
              </w:rPr>
              <w:t>탄원 취지</w:t>
            </w:r>
          </w:p>
        </w:tc>
      </w:tr>
      <w:tr>
        <w:tc>
          <w:tcPr>
            <w:tcW w:type="dxa" w:w="9638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CF8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8"/>
              </w:rPr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476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FFFCF8"/>
            <w:vAlign w:val="top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사건 경위</w:t>
              <w:br/>
              <w:br/>
              <w:br/>
              <w:br/>
              <w:br/>
              <w:br/>
              <w:br/>
            </w:r>
          </w:p>
        </w:tc>
        <w:tc>
          <w:tcPr>
            <w:tcW w:type="dxa" w:w="476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FFFCF8"/>
            <w:vAlign w:val="top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탄원 사유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8"/>
              </w:rPr>
              <w:t>요청 사항</w:t>
            </w:r>
          </w:p>
        </w:tc>
      </w:tr>
      <w:tr>
        <w:tc>
          <w:tcPr>
            <w:tcW w:type="dxa" w:w="9638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CF8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8"/>
              </w:rPr>
              <w:br/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8"/>
              </w:rPr>
              <w:t>첨부자료</w:t>
            </w:r>
          </w:p>
        </w:tc>
      </w:tr>
      <w:tr>
        <w:tc>
          <w:tcPr>
            <w:tcW w:type="dxa" w:w="9638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CF8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8"/>
              </w:rPr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탄원인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7EFE5"/>
          </w:tcPr>
          <w:p>
            <w:r/>
            <w:r>
              <w:rPr>
                <w:rFonts w:ascii="NanumSquareRound" w:hAnsi="NanumSquareRound" w:eastAsia="NanumSquareRound"/>
                <w:b/>
                <w:color w:val="5C4B3B"/>
                <w:sz w:val="17"/>
              </w:rPr>
              <w:t>서명</w:t>
            </w:r>
          </w:p>
        </w:tc>
        <w:tc>
          <w:tcPr>
            <w:tcW w:type="dxa" w:w="3572"/>
            <w:tcBorders>
              <w:top w:sz="5" w:val="single" w:color="D8C6B3"/>
              <w:left w:sz="5" w:val="single" w:color="D8C6B3"/>
              <w:bottom w:sz="5" w:val="single" w:color="D8C6B3"/>
              <w:right w:sz="5" w:val="single" w:color="D8C6B3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SquareRound" w:hAnsi="NanumSquareRound" w:eastAsia="NanumSquareRound"/>
                <w:b w:val="0"/>
                <w:color w:val="000000"/>
                <w:sz w:val="17"/>
              </w:rPr>
              <w:t>________________ (서명 또는 인)</w:t>
            </w:r>
          </w:p>
        </w:tc>
      </w:tr>
    </w:tbl>
    <w:sectPr w:rsidR="00FC693F" w:rsidRPr="0006063C" w:rsidSect="00034616">
      <w:pgSz w:w="11906" w:h="16838"/>
      <w:pgMar w:top="765" w:right="907" w:bottom="76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SquareRound" w:hAnsi="NanumSquareRound" w:eastAsia="NanumSquareRoun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SquareRound" w:hAnsi="NanumSquareRound" w:eastAsia="NanumSquareRound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SquareRound" w:hAnsi="NanumSquareRound" w:eastAsia="NanumSquareRound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