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880" w:hRule="exact"/>
        </w:trPr>
        <w:tc>
          <w:tcPr>
            <w:tcW w:type="dxa" w:w="10772"/>
            <w:shd w:fill="8B5E3C"/>
            <w:tcBorders>
              <w:top w:val="single" w:sz="6" w:space="0" w:color="8B5E3C"/>
              <w:left w:val="single" w:sz="6" w:space="0" w:color="8B5E3C"/>
              <w:bottom w:val="single" w:sz="6" w:space="0" w:color="8B5E3C"/>
              <w:right w:val="single" w:sz="6" w:space="0" w:color="8B5E3C"/>
              <w:insideH w:val="single" w:sz="6" w:space="0" w:color="8B5E3C"/>
              <w:insideV w:val="single" w:sz="6" w:space="0" w:color="8B5E3C"/>
            </w:tcBorders>
          </w:tcPr>
          <w:p>
            <w:pPr>
              <w:spacing w:before="0" w:after="20"/>
              <w:jc w:val="center"/>
            </w:pPr>
            <w:r>
              <w:rPr>
                <w:rFonts w:ascii="NanumGothic" w:hAnsi="NanumGothic" w:eastAsia="NanumGothic"/>
                <w:b/>
                <w:color w:val="FFFFFF"/>
                <w:sz w:val="36"/>
              </w:rPr>
              <w:t>이력서</w:t>
            </w:r>
          </w:p>
          <w:p>
            <w:pPr>
              <w:spacing w:before="0" w:after="0"/>
              <w:jc w:val="center"/>
            </w:pPr>
            <w:r>
              <w:rPr>
                <w:rFonts w:ascii="NanumGothic" w:hAnsi="NanumGothic" w:eastAsia="NanumGothic"/>
                <w:b w:val="0"/>
                <w:color w:val="FFFFFF"/>
                <w:sz w:val="16"/>
              </w:rPr>
              <w:t>부드럽고 신뢰감 있는 이력서 양식</w:t>
            </w:r>
          </w:p>
        </w:tc>
      </w:tr>
    </w:tbl>
    <w:p>
      <w:pPr>
        <w:spacing w:before="0" w:after="0" w:line="3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A16207"/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기본 정보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40" w:hRule="exact"/>
        </w:trPr>
        <w:tc>
          <w:tcPr>
            <w:tcW w:type="dxa" w:w="1080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성명</w:t>
            </w:r>
          </w:p>
        </w:tc>
        <w:tc>
          <w:tcPr>
            <w:tcW w:type="dxa" w:w="2448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생년월일</w:t>
            </w:r>
          </w:p>
        </w:tc>
        <w:tc>
          <w:tcPr>
            <w:tcW w:type="dxa" w:w="338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 w:val="restart"/>
            <w:shd w:fill="FFF7ED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  <w:t>사진</w:t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  <w:t>(3cm × 4cm)</w:t>
            </w:r>
          </w:p>
        </w:tc>
      </w:tr>
      <w:tr>
        <w:trPr>
          <w:trHeight w:val="440" w:hRule="exact"/>
        </w:trPr>
        <w:tc>
          <w:tcPr>
            <w:tcW w:type="dxa" w:w="1080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연락처</w:t>
            </w:r>
          </w:p>
        </w:tc>
        <w:tc>
          <w:tcPr>
            <w:tcW w:type="dxa" w:w="2448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이메일</w:t>
            </w:r>
          </w:p>
        </w:tc>
        <w:tc>
          <w:tcPr>
            <w:tcW w:type="dxa" w:w="338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  <w:tr>
        <w:trPr>
          <w:trHeight w:val="440" w:hRule="exact"/>
        </w:trPr>
        <w:tc>
          <w:tcPr>
            <w:tcW w:type="dxa" w:w="1080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주소</w:t>
            </w:r>
          </w:p>
        </w:tc>
        <w:tc>
          <w:tcPr>
            <w:tcW w:type="dxa" w:w="7128"/>
            <w:gridSpan w:val="3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  <w:tr>
        <w:trPr>
          <w:trHeight w:val="440" w:hRule="exact"/>
        </w:trPr>
        <w:tc>
          <w:tcPr>
            <w:tcW w:type="dxa" w:w="1080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분야</w:t>
            </w:r>
          </w:p>
        </w:tc>
        <w:tc>
          <w:tcPr>
            <w:tcW w:type="dxa" w:w="2448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직무</w:t>
            </w:r>
          </w:p>
        </w:tc>
        <w:tc>
          <w:tcPr>
            <w:tcW w:type="dxa" w:w="338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  <w:tr>
        <w:trPr>
          <w:trHeight w:val="440" w:hRule="exact"/>
        </w:trPr>
        <w:tc>
          <w:tcPr>
            <w:tcW w:type="dxa" w:w="1080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근무형태</w:t>
            </w:r>
          </w:p>
        </w:tc>
        <w:tc>
          <w:tcPr>
            <w:tcW w:type="dxa" w:w="2448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296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근무지</w:t>
            </w:r>
          </w:p>
        </w:tc>
        <w:tc>
          <w:tcPr>
            <w:tcW w:type="dxa" w:w="338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88"/>
            <w:vMerge/>
          </w:tcPr>
          <w:p/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A16207"/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지원 정보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93"/>
        <w:gridCol w:w="2693"/>
        <w:gridCol w:w="2693"/>
        <w:gridCol w:w="2693"/>
      </w:tblGrid>
      <w:tr>
        <w:trPr>
          <w:trHeight w:val="440" w:hRule="exact"/>
        </w:trPr>
        <w:tc>
          <w:tcPr>
            <w:tcW w:type="dxa" w:w="1584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회사</w:t>
            </w:r>
          </w:p>
        </w:tc>
        <w:tc>
          <w:tcPr>
            <w:tcW w:type="dxa" w:w="3600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부서</w:t>
            </w:r>
          </w:p>
        </w:tc>
        <w:tc>
          <w:tcPr>
            <w:tcW w:type="dxa" w:w="367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584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 직무</w:t>
            </w:r>
          </w:p>
        </w:tc>
        <w:tc>
          <w:tcPr>
            <w:tcW w:type="dxa" w:w="3600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희망 연봉</w:t>
            </w:r>
          </w:p>
        </w:tc>
        <w:tc>
          <w:tcPr>
            <w:tcW w:type="dxa" w:w="367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A16207"/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학력 사항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00" w:hRule="exact"/>
        </w:trPr>
        <w:tc>
          <w:tcPr>
            <w:tcW w:type="dxa" w:w="1944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기간</w:t>
            </w:r>
          </w:p>
        </w:tc>
        <w:tc>
          <w:tcPr>
            <w:tcW w:type="dxa" w:w="2664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학교명</w:t>
            </w:r>
          </w:p>
        </w:tc>
        <w:tc>
          <w:tcPr>
            <w:tcW w:type="dxa" w:w="2016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전공</w:t>
            </w:r>
          </w:p>
        </w:tc>
        <w:tc>
          <w:tcPr>
            <w:tcW w:type="dxa" w:w="1584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졸업구분</w:t>
            </w:r>
          </w:p>
        </w:tc>
        <w:tc>
          <w:tcPr>
            <w:tcW w:type="dxa" w:w="2232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비고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66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66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66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58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A16207"/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경력 사항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00" w:hRule="exact"/>
        </w:trPr>
        <w:tc>
          <w:tcPr>
            <w:tcW w:type="dxa" w:w="1944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기간</w:t>
            </w:r>
          </w:p>
        </w:tc>
        <w:tc>
          <w:tcPr>
            <w:tcW w:type="dxa" w:w="2304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회사명</w:t>
            </w:r>
          </w:p>
        </w:tc>
        <w:tc>
          <w:tcPr>
            <w:tcW w:type="dxa" w:w="2016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부서/직위</w:t>
            </w:r>
          </w:p>
        </w:tc>
        <w:tc>
          <w:tcPr>
            <w:tcW w:type="dxa" w:w="2520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담당 업무</w:t>
            </w:r>
          </w:p>
        </w:tc>
        <w:tc>
          <w:tcPr>
            <w:tcW w:type="dxa" w:w="1656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비고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20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656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20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656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94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016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20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656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A16207"/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자격·교육·어학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54"/>
        <w:gridCol w:w="2154"/>
        <w:gridCol w:w="2154"/>
        <w:gridCol w:w="2154"/>
        <w:gridCol w:w="2154"/>
      </w:tblGrid>
      <w:tr>
        <w:trPr>
          <w:trHeight w:val="400" w:hRule="exact"/>
        </w:trPr>
        <w:tc>
          <w:tcPr>
            <w:tcW w:type="dxa" w:w="1440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구분</w:t>
            </w:r>
          </w:p>
        </w:tc>
        <w:tc>
          <w:tcPr>
            <w:tcW w:type="dxa" w:w="2232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취득/수료일</w:t>
            </w:r>
          </w:p>
        </w:tc>
        <w:tc>
          <w:tcPr>
            <w:tcW w:type="dxa" w:w="2592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명칭</w:t>
            </w:r>
          </w:p>
        </w:tc>
        <w:tc>
          <w:tcPr>
            <w:tcW w:type="dxa" w:w="2304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기관/점수</w:t>
            </w:r>
          </w:p>
        </w:tc>
        <w:tc>
          <w:tcPr>
            <w:tcW w:type="dxa" w:w="1872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비고</w:t>
            </w:r>
          </w:p>
        </w:tc>
      </w:tr>
      <w:tr>
        <w:trPr>
          <w:trHeight w:val="440" w:hRule="exact"/>
        </w:trPr>
        <w:tc>
          <w:tcPr>
            <w:tcW w:type="dxa" w:w="1440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9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87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440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9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87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  <w:tr>
        <w:trPr>
          <w:trHeight w:val="440" w:hRule="exact"/>
        </w:trPr>
        <w:tc>
          <w:tcPr>
            <w:tcW w:type="dxa" w:w="1440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23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59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230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  <w:tc>
          <w:tcPr>
            <w:tcW w:type="dxa" w:w="187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 xml:space="preserve"> </w:t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A16207"/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자기소개 / 경력 요약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1480" w:hRule="exact"/>
        </w:trPr>
        <w:tc>
          <w:tcPr>
            <w:tcW w:type="dxa" w:w="1077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  <w:t>자기소개, 지원동기, 주요 역량, 경력 요약 등을 자유롭게 작성하세요.</w:t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</w:r>
            <w:r>
              <w:br/>
            </w:r>
            <w:r>
              <w:rPr>
                <w:rFonts w:ascii="NanumGothic" w:hAnsi="NanumGothic" w:eastAsia="NanumGothic"/>
                <w:b w:val="0"/>
                <w:color w:val="6B7280"/>
                <w:sz w:val="16"/>
              </w:rPr>
            </w:r>
          </w:p>
        </w:tc>
      </w:tr>
    </w:tbl>
    <w:p>
      <w:pPr>
        <w:spacing w:before="0" w:after="0" w:line="4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</w:tblGrid>
      <w:tr>
        <w:trPr>
          <w:trHeight w:val="340" w:hRule="exact"/>
        </w:trPr>
        <w:tc>
          <w:tcPr>
            <w:tcW w:type="dxa" w:w="10772"/>
            <w:shd w:fill="A16207"/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개인정보 동의 및 서명</w:t>
            </w:r>
          </w:p>
        </w:tc>
      </w:tr>
    </w:tbl>
    <w:p>
      <w:pPr>
        <w:spacing w:before="0" w:after="0" w:line="20" w:lineRule="exact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93"/>
        <w:gridCol w:w="2693"/>
        <w:gridCol w:w="2693"/>
        <w:gridCol w:w="2693"/>
      </w:tblGrid>
      <w:tr>
        <w:trPr>
          <w:trHeight w:val="440" w:hRule="exact"/>
        </w:trPr>
        <w:tc>
          <w:tcPr>
            <w:tcW w:type="dxa" w:w="10440"/>
            <w:gridSpan w:val="4"/>
            <w:shd w:fill="FFF7ED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111827"/>
                <w:sz w:val="16"/>
              </w:rPr>
              <w:t>개인정보 수집·이용에 동의합니다.   □ 동의    □ 미동의</w:t>
            </w:r>
          </w:p>
        </w:tc>
      </w:tr>
      <w:tr>
        <w:trPr>
          <w:trHeight w:val="480" w:hRule="exact"/>
        </w:trPr>
        <w:tc>
          <w:tcPr>
            <w:tcW w:type="dxa" w:w="1584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작성일</w:t>
            </w:r>
          </w:p>
        </w:tc>
        <w:tc>
          <w:tcPr>
            <w:tcW w:type="dxa" w:w="3600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>20      년       월       일</w:t>
            </w:r>
          </w:p>
        </w:tc>
        <w:tc>
          <w:tcPr>
            <w:tcW w:type="dxa" w:w="1584"/>
            <w:shd w:fill="FDEDD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11827"/>
                <w:sz w:val="16"/>
              </w:rPr>
              <w:t>지원자</w:t>
            </w:r>
          </w:p>
        </w:tc>
        <w:tc>
          <w:tcPr>
            <w:tcW w:type="dxa" w:w="3672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>(서명 또는 날인)</w:t>
            </w:r>
          </w:p>
        </w:tc>
      </w:tr>
      <w:tr>
        <w:trPr>
          <w:trHeight w:val="440" w:hRule="exact"/>
        </w:trPr>
        <w:tc>
          <w:tcPr>
            <w:tcW w:type="dxa" w:w="10440"/>
            <w:gridSpan w:val="4"/>
            <w:shd w:fill="FFFCF7"/>
            <w:vAlign w:val="center"/>
            <w:tcMar>
              <w:top w:w="60" w:type="dxa"/>
              <w:start w:w="80" w:type="dxa"/>
              <w:bottom w:w="60" w:type="dxa"/>
              <w:end w:w="80" w:type="dxa"/>
            </w:tcMar>
            <w:tcBorders>
              <w:top w:val="single" w:sz="4" w:space="0" w:color="D6C4B3"/>
              <w:left w:val="single" w:sz="4" w:space="0" w:color="D6C4B3"/>
              <w:bottom w:val="single" w:sz="4" w:space="0" w:color="D6C4B3"/>
              <w:right w:val="single" w:sz="4" w:space="0" w:color="D6C4B3"/>
              <w:insideH w:val="single" w:sz="4" w:space="0" w:color="D6C4B3"/>
              <w:insideV w:val="single" w:sz="4" w:space="0" w:color="D6C4B3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374151"/>
                <w:sz w:val="16"/>
              </w:rPr>
              <w:t>위 기재 내용은 사실과 다름없음을 확인합니다.</w:t>
            </w:r>
          </w:p>
        </w:tc>
      </w:tr>
    </w:tbl>
    <w:p>
      <w:pPr>
        <w:spacing w:before="0" w:after="0" w:line="20" w:lineRule="exact"/>
      </w:pPr>
    </w:p>
    <w:sectPr w:rsidR="00FC693F" w:rsidRPr="0006063C" w:rsidSect="00034616">
      <w:pgSz w:w="11906" w:h="16838"/>
      <w:pgMar w:top="510" w:right="567" w:bottom="51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anumGothic" w:hAnsi="NanumGothic" w:eastAsia="NanumGothic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