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pct" w:w="5000"/>
        <w:tblLook w:firstColumn="1" w:firstRow="1" w:lastColumn="0" w:lastRow="0" w:noHBand="0" w:noVBand="1" w:val="04A0"/>
        <w:tblLayout w:type="fixed"/>
      </w:tblPr>
      <w:tblGrid>
        <w:gridCol w:w="10376"/>
      </w:tblGrid>
      <w:tr>
        <w:trPr>
          <w:trHeight w:val="765" w:hRule="atLeast"/>
        </w:trPr>
        <w:tc>
          <w:tcPr>
            <w:tcW w:type="dxa" w:w="10376"/>
            <w:tcMar>
              <w:top w:w="110" w:type="dxa"/>
              <w:start w:w="120" w:type="dxa"/>
              <w:bottom w:w="110" w:type="dxa"/>
              <w:end w:w="120" w:type="dxa"/>
            </w:tcMar>
            <w:shd w:fill="F7EFE7"/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7A4A35"/>
                <w:sz w:val="44"/>
              </w:rPr>
              <w:t>시말서</w:t>
            </w:r>
          </w:p>
        </w:tc>
      </w:tr>
    </w:tbl>
    <w:p>
      <w:pPr>
        <w:spacing w:after="8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729"/>
        <w:gridCol w:w="1729"/>
        <w:gridCol w:w="1729"/>
        <w:gridCol w:w="1729"/>
        <w:gridCol w:w="1729"/>
        <w:gridCol w:w="1729"/>
      </w:tblGrid>
      <w:tr>
        <w:trPr>
          <w:trHeight w:val="408" w:hRule="atLeast"/>
        </w:trPr>
        <w:tc>
          <w:tcPr>
            <w:tcW w:type="dxa" w:w="102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7A4A35"/>
                <w:sz w:val="18"/>
              </w:rPr>
              <w:t>소속</w:t>
            </w:r>
          </w:p>
        </w:tc>
        <w:tc>
          <w:tcPr>
            <w:tcW w:type="dxa" w:w="1757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FFCFA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  <w:tc>
          <w:tcPr>
            <w:tcW w:type="dxa" w:w="102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7A4A35"/>
                <w:sz w:val="18"/>
              </w:rPr>
              <w:t>직위</w:t>
            </w:r>
          </w:p>
        </w:tc>
        <w:tc>
          <w:tcPr>
            <w:tcW w:type="dxa" w:w="1757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FFCFA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  <w:tc>
          <w:tcPr>
            <w:tcW w:type="dxa" w:w="102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7A4A35"/>
                <w:sz w:val="18"/>
              </w:rPr>
              <w:t>성명</w:t>
            </w:r>
          </w:p>
        </w:tc>
        <w:tc>
          <w:tcPr>
            <w:tcW w:type="dxa" w:w="2494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FFCFA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</w:tr>
      <w:tr>
        <w:trPr>
          <w:trHeight w:val="408" w:hRule="atLeast"/>
        </w:trPr>
        <w:tc>
          <w:tcPr>
            <w:tcW w:type="dxa" w:w="102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7A4A35"/>
                <w:sz w:val="18"/>
              </w:rPr>
              <w:t>연락처</w:t>
            </w:r>
          </w:p>
        </w:tc>
        <w:tc>
          <w:tcPr>
            <w:tcW w:type="dxa" w:w="1757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FFCFA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  <w:tc>
          <w:tcPr>
            <w:tcW w:type="dxa" w:w="102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7A4A35"/>
                <w:sz w:val="18"/>
              </w:rPr>
              <w:t>작성일</w:t>
            </w:r>
          </w:p>
        </w:tc>
        <w:tc>
          <w:tcPr>
            <w:tcW w:type="dxa" w:w="1757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FFCFA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  <w:t>년    월    일</w:t>
            </w:r>
          </w:p>
        </w:tc>
        <w:tc>
          <w:tcPr>
            <w:tcW w:type="dxa" w:w="102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7A4A35"/>
                <w:sz w:val="18"/>
              </w:rPr>
              <w:t>제출처</w:t>
            </w:r>
          </w:p>
        </w:tc>
        <w:tc>
          <w:tcPr>
            <w:tcW w:type="dxa" w:w="2494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FFCFA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</w:tr>
      <w:tr>
        <w:trPr>
          <w:trHeight w:val="408" w:hRule="atLeast"/>
        </w:trPr>
        <w:tc>
          <w:tcPr>
            <w:tcW w:type="dxa" w:w="102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7A4A35"/>
                <w:sz w:val="18"/>
              </w:rPr>
              <w:t>발생 일시</w:t>
            </w:r>
          </w:p>
        </w:tc>
        <w:tc>
          <w:tcPr>
            <w:tcW w:type="dxa" w:w="1757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FFCFA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  <w:tc>
          <w:tcPr>
            <w:tcW w:type="dxa" w:w="102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7A4A35"/>
                <w:sz w:val="18"/>
              </w:rPr>
              <w:t>발생 장소</w:t>
            </w:r>
          </w:p>
        </w:tc>
        <w:tc>
          <w:tcPr>
            <w:tcW w:type="dxa" w:w="1757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FFCFA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  <w:tc>
          <w:tcPr>
            <w:tcW w:type="dxa" w:w="1020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7A4A35"/>
                <w:sz w:val="18"/>
              </w:rPr>
              <w:t>관련자</w:t>
            </w:r>
          </w:p>
        </w:tc>
        <w:tc>
          <w:tcPr>
            <w:tcW w:type="dxa" w:w="2494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FFCFA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</w:tr>
    </w:tbl>
    <w:p>
      <w:pPr>
        <w:spacing w:after="6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0376"/>
      </w:tblGrid>
      <w:tr>
        <w:trPr>
          <w:trHeight w:val="32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/>
                <w:color w:val="7A4A35"/>
                <w:sz w:val="18"/>
              </w:rPr>
              <w:t>발생 경위</w:t>
            </w:r>
          </w:p>
        </w:tc>
      </w:tr>
      <w:tr>
        <w:trPr>
          <w:trHeight w:val="1615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FFCFA"/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</w:tr>
    </w:tbl>
    <w:p>
      <w:pPr>
        <w:spacing w:after="2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0376"/>
      </w:tblGrid>
      <w:tr>
        <w:trPr>
          <w:trHeight w:val="32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/>
                <w:color w:val="7A4A35"/>
                <w:sz w:val="18"/>
              </w:rPr>
              <w:t>원인 및 책임 인정 사항</w:t>
            </w:r>
          </w:p>
        </w:tc>
      </w:tr>
      <w:tr>
        <w:trPr>
          <w:trHeight w:val="935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FFCFA"/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</w:tr>
    </w:tbl>
    <w:p>
      <w:pPr>
        <w:spacing w:after="2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0376"/>
      </w:tblGrid>
      <w:tr>
        <w:trPr>
          <w:trHeight w:val="32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/>
                <w:color w:val="7A4A35"/>
                <w:sz w:val="18"/>
              </w:rPr>
              <w:t>조치 내용</w:t>
            </w:r>
          </w:p>
        </w:tc>
      </w:tr>
      <w:tr>
        <w:trPr>
          <w:trHeight w:val="822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FFCFA"/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</w:tr>
    </w:tbl>
    <w:p>
      <w:pPr>
        <w:spacing w:after="2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0376"/>
      </w:tblGrid>
      <w:tr>
        <w:trPr>
          <w:trHeight w:val="32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/>
                <w:color w:val="7A4A35"/>
                <w:sz w:val="18"/>
              </w:rPr>
              <w:t>재발 방지 계획</w:t>
            </w:r>
          </w:p>
        </w:tc>
      </w:tr>
      <w:tr>
        <w:trPr>
          <w:trHeight w:val="850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FFCFA"/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</w:tr>
    </w:tbl>
    <w:p>
      <w:pPr>
        <w:spacing w:after="2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10376"/>
      </w:tblGrid>
      <w:tr>
        <w:trPr>
          <w:trHeight w:val="32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/>
                <w:color w:val="7A4A35"/>
                <w:sz w:val="18"/>
              </w:rPr>
              <w:t>첨부자료</w:t>
            </w:r>
          </w:p>
        </w:tc>
      </w:tr>
      <w:tr>
        <w:trPr>
          <w:trHeight w:val="408" w:hRule="atLeast"/>
        </w:trPr>
        <w:tc>
          <w:tcPr>
            <w:tcW w:type="dxa" w:w="10376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FFCFA"/>
            <w:vAlign w:val="center"/>
          </w:tcPr>
          <w:p>
            <w:pPr>
              <w:spacing w:after="0" w:before="0" w:line="240" w:lineRule="auto"/>
            </w:pPr>
            <w:r/>
            <w:r>
              <w:rPr>
                <w:rFonts w:ascii="Noto Sans CJK KR" w:hAnsi="Noto Sans CJK KR" w:eastAsia="Noto Sans CJK KR"/>
                <w:b w:val="0"/>
                <w:sz w:val="18"/>
              </w:rPr>
            </w:r>
          </w:p>
        </w:tc>
      </w:tr>
    </w:tbl>
    <w:p>
      <w:pPr>
        <w:spacing w:after="20" w:before="0" w:line="240" w:lineRule="auto"/>
      </w:pPr>
    </w:p>
    <w:tbl>
      <w:tblPr>
        <w:tblW w:type="pct" w:w="5000"/>
        <w:jc w:val="center"/>
        <w:tblLook w:firstColumn="1" w:firstRow="1" w:lastColumn="0" w:lastRow="0" w:noHBand="0" w:noVBand="1" w:val="04A0"/>
        <w:tblLayout w:type="fixed"/>
      </w:tblPr>
      <w:tblGrid>
        <w:gridCol w:w="2594"/>
        <w:gridCol w:w="2594"/>
        <w:gridCol w:w="2594"/>
        <w:gridCol w:w="2594"/>
      </w:tblGrid>
      <w:tr>
        <w:trPr>
          <w:trHeight w:val="408" w:hRule="atLeast"/>
        </w:trPr>
        <w:tc>
          <w:tcPr>
            <w:tcW w:type="dxa" w:w="1247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작성일</w:t>
            </w:r>
          </w:p>
        </w:tc>
        <w:tc>
          <w:tcPr>
            <w:tcW w:type="dxa" w:w="3628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  <w:t>년    월    일</w:t>
            </w:r>
          </w:p>
        </w:tc>
        <w:tc>
          <w:tcPr>
            <w:tcW w:type="dxa" w:w="170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작성자</w:t>
            </w:r>
          </w:p>
        </w:tc>
        <w:tc>
          <w:tcPr>
            <w:tcW w:type="dxa" w:w="3798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  <w:t>(서명 또는 인)</w:t>
            </w:r>
          </w:p>
        </w:tc>
      </w:tr>
      <w:tr>
        <w:trPr>
          <w:trHeight w:val="408" w:hRule="atLeast"/>
        </w:trPr>
        <w:tc>
          <w:tcPr>
            <w:tcW w:type="dxa" w:w="1247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확인자</w:t>
            </w:r>
          </w:p>
        </w:tc>
        <w:tc>
          <w:tcPr>
            <w:tcW w:type="dxa" w:w="3628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  <w:t>(서명 또는 인)</w:t>
            </w:r>
          </w:p>
        </w:tc>
        <w:tc>
          <w:tcPr>
            <w:tcW w:type="dxa" w:w="1701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shd w:fill="F7EFE7"/>
            <w:vAlign w:val="center"/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oto Sans CJK KR" w:hAnsi="Noto Sans CJK KR" w:eastAsia="Noto Sans CJK KR"/>
                <w:b/>
                <w:color w:val="111111"/>
                <w:sz w:val="18"/>
              </w:rPr>
              <w:t>제출처</w:t>
            </w:r>
          </w:p>
        </w:tc>
        <w:tc>
          <w:tcPr>
            <w:tcW w:type="dxa" w:w="3798"/>
            <w:tcMar>
              <w:top w:w="75" w:type="dxa"/>
              <w:start w:w="85" w:type="dxa"/>
              <w:bottom w:w="75" w:type="dxa"/>
              <w:end w:w="85" w:type="dxa"/>
            </w:tcMar>
            <w:tcBorders>
              <w:top w:sz="5" w:val="single" w:color="E2CFC1" w:space="0"/>
              <w:bottom w:sz="5" w:val="single" w:color="E2CFC1" w:space="0"/>
              <w:start w:sz="5" w:val="single" w:color="E2CFC1" w:space="0"/>
              <w:end w:sz="5" w:val="single" w:color="E2CFC1" w:space="0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/>
            <w:r>
              <w:rPr>
                <w:rFonts w:ascii="Noto Sans CJK KR" w:hAnsi="Noto Sans CJK KR" w:eastAsia="Noto Sans CJK KR"/>
                <w:b w:val="0"/>
                <w:color w:val="111111"/>
                <w:sz w:val="18"/>
              </w:rPr>
            </w:r>
          </w:p>
        </w:tc>
      </w:tr>
    </w:tbl>
    <w:sectPr w:rsidR="00FC693F" w:rsidRPr="0006063C" w:rsidSect="00034616">
      <w:pgSz w:w="11906" w:h="16838"/>
      <w:pgMar w:top="737" w:right="765" w:bottom="652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KR" w:hAnsi="Noto Sans CJK KR" w:eastAsia="Noto Sans CJK KR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