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36"/>
      </w:tblGrid>
      <w:tr>
        <w:tc>
          <w:tcPr>
            <w:tcW w:type="dxa" w:w="10036"/>
            <w:shd w:fill="2F6F73"/>
            <w:tcBorders>
              <w:top w:val="single" w:sz="8" w:space="0" w:color="2F6F73"/>
              <w:start w:val="single" w:sz="8" w:space="0" w:color="2F6F73"/>
              <w:bottom w:val="single" w:sz="8" w:space="0" w:color="2F6F73"/>
              <w:end w:val="single" w:sz="8" w:space="0" w:color="2F6F73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FFFFFF"/>
                <w:sz w:val="40"/>
              </w:rPr>
              <w:t>경위서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67"/>
        <w:gridCol w:w="8504"/>
      </w:tblGrid>
      <w:tr>
        <w:tc>
          <w:tcPr>
            <w:tcW w:type="dxa" w:w="5018"/>
            <w:shd w:fill="2F6F73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FFFFFF"/>
                <w:sz w:val="22"/>
              </w:rPr>
              <w:t>1</w:t>
            </w:r>
          </w:p>
        </w:tc>
        <w:tc>
          <w:tcPr>
            <w:tcW w:type="dxa" w:w="5018"/>
            <w:shd w:fill="DDEFF0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r/>
            <w:r>
              <w:rPr>
                <w:rFonts w:ascii="Noto Sans CJK KR" w:hAnsi="Noto Sans CJK KR" w:eastAsia="Noto Sans CJK KR"/>
                <w:b/>
                <w:color w:val="1F3334"/>
                <w:sz w:val="22"/>
              </w:rPr>
              <w:t>작성자 정보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09"/>
        <w:gridCol w:w="2509"/>
        <w:gridCol w:w="2509"/>
        <w:gridCol w:w="2509"/>
      </w:tblGrid>
      <w:tr>
        <w:tc>
          <w:tcPr>
            <w:tcW w:type="dxa" w:w="2509"/>
            <w:shd w:fill="DDEFF0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3334"/>
                <w:sz w:val="18"/>
              </w:rPr>
              <w:t>소속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F3334"/>
                <w:sz w:val="18"/>
              </w:rPr>
            </w:r>
          </w:p>
        </w:tc>
        <w:tc>
          <w:tcPr>
            <w:tcW w:type="dxa" w:w="2509"/>
            <w:shd w:fill="DDEFF0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3334"/>
                <w:sz w:val="18"/>
              </w:rPr>
              <w:t>직위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F3334"/>
                <w:sz w:val="18"/>
              </w:rPr>
            </w:r>
          </w:p>
        </w:tc>
      </w:tr>
      <w:tr>
        <w:tc>
          <w:tcPr>
            <w:tcW w:type="dxa" w:w="2509"/>
            <w:shd w:fill="DDEFF0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3334"/>
                <w:sz w:val="18"/>
              </w:rPr>
              <w:t>성명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F3334"/>
                <w:sz w:val="18"/>
              </w:rPr>
            </w:r>
          </w:p>
        </w:tc>
        <w:tc>
          <w:tcPr>
            <w:tcW w:type="dxa" w:w="2509"/>
            <w:shd w:fill="DDEFF0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3334"/>
                <w:sz w:val="18"/>
              </w:rPr>
              <w:t>연락처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F3334"/>
                <w:sz w:val="18"/>
              </w:rPr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67"/>
        <w:gridCol w:w="8504"/>
      </w:tblGrid>
      <w:tr>
        <w:tc>
          <w:tcPr>
            <w:tcW w:type="dxa" w:w="5018"/>
            <w:shd w:fill="2F6F73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FFFFFF"/>
                <w:sz w:val="22"/>
              </w:rPr>
              <w:t>2</w:t>
            </w:r>
          </w:p>
        </w:tc>
        <w:tc>
          <w:tcPr>
            <w:tcW w:type="dxa" w:w="5018"/>
            <w:shd w:fill="DDEFF0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r/>
            <w:r>
              <w:rPr>
                <w:rFonts w:ascii="Noto Sans CJK KR" w:hAnsi="Noto Sans CJK KR" w:eastAsia="Noto Sans CJK KR"/>
                <w:b/>
                <w:color w:val="1F3334"/>
                <w:sz w:val="22"/>
              </w:rPr>
              <w:t>발생 정보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09"/>
        <w:gridCol w:w="2509"/>
        <w:gridCol w:w="2509"/>
        <w:gridCol w:w="2509"/>
      </w:tblGrid>
      <w:tr>
        <w:tc>
          <w:tcPr>
            <w:tcW w:type="dxa" w:w="2509"/>
            <w:shd w:fill="DDEFF0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3334"/>
                <w:sz w:val="18"/>
              </w:rPr>
              <w:t>발생일시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F3334"/>
                <w:sz w:val="18"/>
              </w:rPr>
              <w:t>20    년      월      일      시      분</w:t>
            </w:r>
          </w:p>
        </w:tc>
        <w:tc>
          <w:tcPr>
            <w:tcW w:type="dxa" w:w="2509"/>
            <w:shd w:fill="DDEFF0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3334"/>
                <w:sz w:val="18"/>
              </w:rPr>
              <w:t>발생장소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F3334"/>
                <w:sz w:val="18"/>
              </w:rPr>
            </w:r>
          </w:p>
        </w:tc>
      </w:tr>
      <w:tr>
        <w:tc>
          <w:tcPr>
            <w:tcW w:type="dxa" w:w="2509"/>
            <w:shd w:fill="DDEFF0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3334"/>
                <w:sz w:val="18"/>
              </w:rPr>
              <w:t>사건명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F3334"/>
                <w:sz w:val="18"/>
              </w:rPr>
            </w:r>
          </w:p>
        </w:tc>
        <w:tc>
          <w:tcPr>
            <w:tcW w:type="dxa" w:w="2509"/>
            <w:shd w:fill="DDEFF0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3334"/>
                <w:sz w:val="18"/>
              </w:rPr>
              <w:t>관련자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F3334"/>
                <w:sz w:val="18"/>
              </w:rPr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67"/>
        <w:gridCol w:w="8504"/>
      </w:tblGrid>
      <w:tr>
        <w:tc>
          <w:tcPr>
            <w:tcW w:type="dxa" w:w="5018"/>
            <w:shd w:fill="2F6F73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FFFFFF"/>
                <w:sz w:val="22"/>
              </w:rPr>
              <w:t>3</w:t>
            </w:r>
          </w:p>
        </w:tc>
        <w:tc>
          <w:tcPr>
            <w:tcW w:type="dxa" w:w="5018"/>
            <w:shd w:fill="DDEFF0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r/>
            <w:r>
              <w:rPr>
                <w:rFonts w:ascii="Noto Sans CJK KR" w:hAnsi="Noto Sans CJK KR" w:eastAsia="Noto Sans CJK KR"/>
                <w:b/>
                <w:color w:val="1F3334"/>
                <w:sz w:val="22"/>
              </w:rPr>
              <w:t>경위 내용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018"/>
        <w:gridCol w:w="5018"/>
      </w:tblGrid>
      <w:tr>
        <w:trPr>
          <w:trHeight w:val="720" w:hRule="atLeast"/>
        </w:trPr>
        <w:tc>
          <w:tcPr>
            <w:tcW w:type="dxa" w:w="5018"/>
            <w:shd w:fill="DDEFF0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3334"/>
                <w:sz w:val="19"/>
              </w:rPr>
              <w:t>① 발생 배경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pPr>
              <w:spacing w:after="200" w:line="240" w:lineRule="auto"/>
            </w:pPr>
            <w:r/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</w:tc>
      </w:tr>
      <w:tr>
        <w:trPr>
          <w:trHeight w:val="960" w:hRule="atLeast"/>
        </w:trPr>
        <w:tc>
          <w:tcPr>
            <w:tcW w:type="dxa" w:w="5018"/>
            <w:shd w:fill="DDEFF0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3334"/>
                <w:sz w:val="19"/>
              </w:rPr>
              <w:t>② 진행 경위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pPr>
              <w:spacing w:after="200" w:line="240" w:lineRule="auto"/>
            </w:pPr>
            <w:r/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</w:tc>
      </w:tr>
      <w:tr>
        <w:trPr>
          <w:trHeight w:val="720" w:hRule="atLeast"/>
        </w:trPr>
        <w:tc>
          <w:tcPr>
            <w:tcW w:type="dxa" w:w="5018"/>
            <w:shd w:fill="DDEFF0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3334"/>
                <w:sz w:val="19"/>
              </w:rPr>
              <w:t>③ 원인 분석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pPr>
              <w:spacing w:after="200" w:line="240" w:lineRule="auto"/>
            </w:pPr>
            <w:r/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</w:tc>
      </w:tr>
      <w:tr>
        <w:trPr>
          <w:trHeight w:val="720" w:hRule="atLeast"/>
        </w:trPr>
        <w:tc>
          <w:tcPr>
            <w:tcW w:type="dxa" w:w="5018"/>
            <w:shd w:fill="DDEFF0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3334"/>
                <w:sz w:val="19"/>
              </w:rPr>
              <w:t>④ 조치 결과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pPr>
              <w:spacing w:after="200" w:line="240" w:lineRule="auto"/>
            </w:pPr>
            <w:r/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</w:tc>
      </w:tr>
      <w:tr>
        <w:trPr>
          <w:trHeight w:val="720" w:hRule="atLeast"/>
        </w:trPr>
        <w:tc>
          <w:tcPr>
            <w:tcW w:type="dxa" w:w="5018"/>
            <w:shd w:fill="DDEFF0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3334"/>
                <w:sz w:val="19"/>
              </w:rPr>
              <w:t>⑤ 재발 방지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pPr>
              <w:spacing w:after="200" w:line="240" w:lineRule="auto"/>
            </w:pPr>
            <w:r/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67"/>
        <w:gridCol w:w="8504"/>
      </w:tblGrid>
      <w:tr>
        <w:tc>
          <w:tcPr>
            <w:tcW w:type="dxa" w:w="5018"/>
            <w:shd w:fill="2F6F73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FFFFFF"/>
                <w:sz w:val="22"/>
              </w:rPr>
              <w:t>4</w:t>
            </w:r>
          </w:p>
        </w:tc>
        <w:tc>
          <w:tcPr>
            <w:tcW w:type="dxa" w:w="5018"/>
            <w:shd w:fill="DDEFF0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r/>
            <w:r>
              <w:rPr>
                <w:rFonts w:ascii="Noto Sans CJK KR" w:hAnsi="Noto Sans CJK KR" w:eastAsia="Noto Sans CJK KR"/>
                <w:b/>
                <w:color w:val="1F3334"/>
                <w:sz w:val="22"/>
              </w:rPr>
              <w:t>제출 확인</w:t>
            </w:r>
          </w:p>
        </w:tc>
      </w:tr>
    </w:tbl>
    <w:p>
      <w:pPr>
        <w:spacing w:after="40" w:before="0"/>
      </w:pPr>
    </w:p>
    <w:p>
      <w:pPr>
        <w:spacing w:before="120" w:after="160"/>
        <w:jc w:val="center"/>
      </w:pPr>
      <w:r>
        <w:rPr>
          <w:rFonts w:ascii="Noto Sans CJK KR" w:hAnsi="Noto Sans CJK KR" w:eastAsia="Noto Sans CJK KR"/>
          <w:b w:val="0"/>
          <w:color w:val="1F3334"/>
          <w:sz w:val="21"/>
        </w:rPr>
        <w:t>위 내용은 사실과 다름없음을 확인합니다.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09"/>
        <w:gridCol w:w="2509"/>
        <w:gridCol w:w="2509"/>
        <w:gridCol w:w="2509"/>
      </w:tblGrid>
      <w:tr>
        <w:tc>
          <w:tcPr>
            <w:tcW w:type="dxa" w:w="2509"/>
            <w:shd w:fill="DDEFF0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3334"/>
                <w:sz w:val="19"/>
              </w:rPr>
              <w:t>작성일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F3334"/>
                <w:sz w:val="19"/>
              </w:rPr>
              <w:t>20    년      월      일</w:t>
            </w:r>
          </w:p>
        </w:tc>
        <w:tc>
          <w:tcPr>
            <w:tcW w:type="dxa" w:w="2509"/>
            <w:shd w:fill="DDEFF0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3334"/>
                <w:sz w:val="19"/>
              </w:rPr>
              <w:t>작성자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F3334"/>
                <w:sz w:val="19"/>
              </w:rPr>
              <w:t xml:space="preserve">                (서명 또는 날인)</w:t>
            </w:r>
          </w:p>
        </w:tc>
      </w:tr>
      <w:tr>
        <w:tc>
          <w:tcPr>
            <w:tcW w:type="dxa" w:w="2509"/>
            <w:shd w:fill="DDEFF0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3334"/>
                <w:sz w:val="19"/>
              </w:rPr>
              <w:t>검토자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F3334"/>
                <w:sz w:val="19"/>
              </w:rPr>
              <w:t xml:space="preserve">                (서명 또는 날인)</w:t>
            </w:r>
          </w:p>
        </w:tc>
        <w:tc>
          <w:tcPr>
            <w:tcW w:type="dxa" w:w="2509"/>
            <w:shd w:fill="DDEFF0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3334"/>
                <w:sz w:val="19"/>
              </w:rPr>
              <w:t>승인자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8BB9BB"/>
              <w:start w:val="single" w:sz="4" w:space="0" w:color="8BB9BB"/>
              <w:bottom w:val="single" w:sz="4" w:space="0" w:color="8BB9BB"/>
              <w:end w:val="single" w:sz="4" w:space="0" w:color="8BB9BB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F3334"/>
                <w:sz w:val="19"/>
              </w:rPr>
              <w:t xml:space="preserve">                (서명 또는 날인)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935" w:bottom="822" w:left="9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KR" w:hAnsi="Noto Sans CJK KR" w:eastAsia="Noto Sans CJK KR"/>
        <w:color w:val="777777"/>
        <w:sz w:val="16"/>
      </w:rPr>
      <w:t>작성자: ____________    제출일: 20____년 ____월 ____일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KR" w:hAnsi="Noto Sans CJK KR" w:eastAsia="Noto Sans CJK KR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