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2381"/>
            <w:tcBorders>
              <w:top w:sz="0" w:val="single" w:color="3A4A5F"/>
              <w:left w:sz="0" w:val="single" w:color="3A4A5F"/>
              <w:bottom w:sz="0" w:val="single" w:color="3A4A5F"/>
              <w:right w:sz="0" w:val="single" w:color="3A4A5F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243B53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34"/>
              </w:rPr>
              <w:t>탄원서</w:t>
            </w:r>
          </w:p>
        </w:tc>
        <w:tc>
          <w:tcPr>
            <w:tcW w:type="dxa" w:w="7257"/>
            <w:tcBorders>
              <w:top w:sz="0" w:val="single" w:color="3A4A5F"/>
              <w:left w:sz="0" w:val="single" w:color="3A4A5F"/>
              <w:bottom w:sz="0" w:val="single" w:color="3A4A5F"/>
              <w:right w:sz="0" w:val="single" w:color="3A4A5F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1F5F9"/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8"/>
              </w:rPr>
              <w:t>제출처: __________________ 귀중     사건명: ____________________________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243B53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01 탄원인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>성명: __________</w:t>
              <w:br/>
              <w:t>생년월일: __________</w:t>
              <w:br/>
              <w:t>연락처: __________</w:t>
            </w:r>
          </w:p>
        </w:tc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243B53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02 대상자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>성명: __________</w:t>
              <w:br/>
              <w:t>관계: __________</w:t>
              <w:br/>
              <w:t>연락처: __________</w:t>
            </w:r>
          </w:p>
        </w:tc>
      </w:tr>
      <w:tr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243B53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03 기본정보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>작성일: 20____년 ____월 ____일</w:t>
              <w:br/>
              <w:t>주소: ______________________</w:t>
            </w:r>
          </w:p>
        </w:tc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243B53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04 첨부자료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  <w:t>□ 있음  □ 없음</w:t>
              <w:br/>
              <w:t>자료명: 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147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DBEAFE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0F172A"/>
                <w:sz w:val="17"/>
              </w:rPr>
              <w:t>05</w:t>
              <w:br/>
              <w:t>탄원 취지</w:t>
            </w:r>
          </w:p>
        </w:tc>
        <w:tc>
          <w:tcPr>
            <w:tcW w:type="dxa" w:w="816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147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E0F2FE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0F172A"/>
                <w:sz w:val="17"/>
              </w:rPr>
              <w:t>06</w:t>
              <w:br/>
              <w:t>사건 경위</w:t>
            </w:r>
          </w:p>
        </w:tc>
        <w:tc>
          <w:tcPr>
            <w:tcW w:type="dxa" w:w="816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147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ECFDF5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0F172A"/>
                <w:sz w:val="17"/>
              </w:rPr>
              <w:t>07</w:t>
              <w:br/>
              <w:t>탄원 사유</w:t>
            </w:r>
          </w:p>
        </w:tc>
        <w:tc>
          <w:tcPr>
            <w:tcW w:type="dxa" w:w="816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147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shd w:fill="FEF3C7"/>
            <w:vAlign w:val="center"/>
          </w:tcPr>
          <w:p>
            <w:pPr>
              <w:jc w:val="center"/>
            </w:pPr>
            <w:r/>
            <w:r>
              <w:rPr>
                <w:rFonts w:ascii="NanumGothic" w:hAnsi="NanumGothic" w:eastAsia="NanumGothic"/>
                <w:b/>
                <w:color w:val="0F172A"/>
                <w:sz w:val="17"/>
              </w:rPr>
              <w:t>08</w:t>
              <w:br/>
              <w:t>요청 사항</w:t>
            </w:r>
          </w:p>
        </w:tc>
        <w:tc>
          <w:tcPr>
            <w:tcW w:type="dxa" w:w="816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br/>
              <w:br/>
              <w:br/>
              <w:br/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1F5F9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탄원인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</w:t>
            </w:r>
          </w:p>
        </w:tc>
        <w:tc>
          <w:tcPr>
            <w:tcW w:type="dxa" w:w="1304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1F5F9"/>
          </w:tcPr>
          <w:p>
            <w:r/>
            <w:r>
              <w:rPr>
                <w:rFonts w:ascii="NanumGothic" w:hAnsi="NanumGothic" w:eastAsia="NanumGothic"/>
                <w:b/>
                <w:color w:val="000000"/>
                <w:sz w:val="17"/>
              </w:rPr>
              <w:t>서명</w:t>
            </w:r>
          </w:p>
        </w:tc>
        <w:tc>
          <w:tcPr>
            <w:tcW w:type="dxa" w:w="3515"/>
            <w:tcBorders>
              <w:top w:sz="5" w:val="single" w:color="CBD5E1"/>
              <w:left w:sz="5" w:val="single" w:color="CBD5E1"/>
              <w:bottom w:sz="5" w:val="single" w:color="CBD5E1"/>
              <w:right w:sz="5" w:val="single" w:color="CBD5E1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  <w:t>________________ (서명 또는 인)</w:t>
            </w:r>
          </w:p>
        </w:tc>
      </w:tr>
    </w:tbl>
    <w:sectPr w:rsidR="00FC693F" w:rsidRPr="0006063C" w:rsidSect="00034616">
      <w:pgSz w:w="11906" w:h="16838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" w:hAnsi="NanumGothic" w:eastAsia="NanumGothic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