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/>
        <w:jc w:val="left"/>
      </w:pPr>
      <w:r>
        <w:rPr>
          <w:rFonts w:ascii="NanumGothic" w:hAnsi="NanumGothic" w:eastAsia="NanumGothic"/>
          <w:b/>
          <w:color w:val="185365"/>
          <w:sz w:val="42"/>
        </w:rPr>
        <w:t>견적서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36"/>
        <w:gridCol w:w="2636"/>
        <w:gridCol w:w="2636"/>
        <w:gridCol w:w="2636"/>
      </w:tblGrid>
      <w:tr>
        <w:trPr>
          <w:trHeight w:val="283" w:hRule="atLeast"/>
        </w:trPr>
        <w:tc>
          <w:tcPr>
            <w:tcW w:type="dxa" w:w="2324"/>
            <w:shd w:fill="185365"/>
            <w:vAlign w:val="center"/>
            <w:tcBorders>
              <w:top w:val="single" w:sz="5" w:color="185365"/>
              <w:bottom w:val="single" w:sz="5" w:color="185365"/>
              <w:left w:val="single" w:sz="5" w:color="185365"/>
              <w:right w:val="single" w:sz="5" w:color="18536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FFFFFF"/>
                <w:sz w:val="17"/>
              </w:rPr>
              <w:t>견적서 번호</w:t>
            </w:r>
          </w:p>
        </w:tc>
        <w:tc>
          <w:tcPr>
            <w:tcW w:type="dxa" w:w="2324"/>
            <w:shd w:fill="185365"/>
            <w:vAlign w:val="center"/>
            <w:tcBorders>
              <w:top w:val="single" w:sz="5" w:color="185365"/>
              <w:bottom w:val="single" w:sz="5" w:color="185365"/>
              <w:left w:val="single" w:sz="5" w:color="185365"/>
              <w:right w:val="single" w:sz="5" w:color="18536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FFFFFF"/>
                <w:sz w:val="17"/>
              </w:rPr>
              <w:t>발행일</w:t>
            </w:r>
          </w:p>
        </w:tc>
        <w:tc>
          <w:tcPr>
            <w:tcW w:type="dxa" w:w="2324"/>
            <w:shd w:fill="185365"/>
            <w:vAlign w:val="center"/>
            <w:tcBorders>
              <w:top w:val="single" w:sz="5" w:color="185365"/>
              <w:bottom w:val="single" w:sz="5" w:color="185365"/>
              <w:left w:val="single" w:sz="5" w:color="185365"/>
              <w:right w:val="single" w:sz="5" w:color="18536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FFFFFF"/>
                <w:sz w:val="17"/>
              </w:rPr>
              <w:t>견적 유효기간</w:t>
            </w:r>
          </w:p>
        </w:tc>
        <w:tc>
          <w:tcPr>
            <w:tcW w:type="dxa" w:w="2324"/>
            <w:shd w:fill="185365"/>
            <w:vAlign w:val="center"/>
            <w:tcBorders>
              <w:top w:val="single" w:sz="5" w:color="185365"/>
              <w:bottom w:val="single" w:sz="5" w:color="185365"/>
              <w:left w:val="single" w:sz="5" w:color="185365"/>
              <w:right w:val="single" w:sz="5" w:color="18536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FFFFFF"/>
                <w:sz w:val="17"/>
              </w:rPr>
              <w:t>총 견적금액</w:t>
            </w:r>
          </w:p>
        </w:tc>
      </w:tr>
      <w:tr>
        <w:trPr>
          <w:trHeight w:val="368" w:hRule="atLeast"/>
        </w:trPr>
        <w:tc>
          <w:tcPr>
            <w:tcW w:type="dxa" w:w="2324"/>
            <w:vAlign w:val="center"/>
            <w:tcBorders>
              <w:top w:val="single" w:sz="5" w:color="185365"/>
              <w:bottom w:val="single" w:sz="5" w:color="185365"/>
              <w:left w:val="single" w:sz="5" w:color="185365"/>
              <w:right w:val="single" w:sz="5" w:color="18536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  <w:tc>
          <w:tcPr>
            <w:tcW w:type="dxa" w:w="2324"/>
            <w:vAlign w:val="center"/>
            <w:tcBorders>
              <w:top w:val="single" w:sz="5" w:color="185365"/>
              <w:bottom w:val="single" w:sz="5" w:color="185365"/>
              <w:left w:val="single" w:sz="5" w:color="185365"/>
              <w:right w:val="single" w:sz="5" w:color="18536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  <w:tc>
          <w:tcPr>
            <w:tcW w:type="dxa" w:w="2324"/>
            <w:vAlign w:val="center"/>
            <w:tcBorders>
              <w:top w:val="single" w:sz="5" w:color="185365"/>
              <w:bottom w:val="single" w:sz="5" w:color="185365"/>
              <w:left w:val="single" w:sz="5" w:color="185365"/>
              <w:right w:val="single" w:sz="5" w:color="18536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  <w:tc>
          <w:tcPr>
            <w:tcW w:type="dxa" w:w="2324"/>
            <w:vAlign w:val="center"/>
            <w:tcBorders>
              <w:top w:val="single" w:sz="5" w:color="185365"/>
              <w:bottom w:val="single" w:sz="5" w:color="185365"/>
              <w:left w:val="single" w:sz="5" w:color="185365"/>
              <w:right w:val="single" w:sz="5" w:color="185365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7"/>
              </w:rPr>
            </w:r>
          </w:p>
        </w:tc>
      </w:tr>
    </w:tbl>
    <w:p>
      <w:pPr>
        <w:spacing w:after="80" w:before="0"/>
      </w:pPr>
      <w:r/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758"/>
        <w:gridCol w:w="1758"/>
        <w:gridCol w:w="1758"/>
        <w:gridCol w:w="1758"/>
        <w:gridCol w:w="1758"/>
        <w:gridCol w:w="1758"/>
      </w:tblGrid>
      <w:tr>
        <w:trPr>
          <w:trHeight w:val="328" w:hRule="atLeast"/>
        </w:trPr>
        <w:tc>
          <w:tcPr>
            <w:tcW w:type="dxa" w:w="453"/>
            <w:vAlign w:val="center"/>
            <w:shd w:fill="E3F0F2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85365"/>
                <w:sz w:val="16"/>
              </w:rPr>
              <w:t>01</w:t>
            </w:r>
          </w:p>
        </w:tc>
        <w:tc>
          <w:tcPr>
            <w:tcW w:type="dxa" w:w="907"/>
            <w:vAlign w:val="center"/>
            <w:shd w:fill="E3F0F2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85365"/>
                <w:sz w:val="16"/>
              </w:rPr>
              <w:t>공급자</w:t>
            </w:r>
          </w:p>
        </w:tc>
        <w:tc>
          <w:tcPr>
            <w:tcW w:type="dxa" w:w="1190"/>
            <w:vAlign w:val="center"/>
            <w:shd w:fill="F4F8F9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6"/>
              </w:rPr>
              <w:t>상호명</w:t>
            </w:r>
          </w:p>
        </w:tc>
        <w:tc>
          <w:tcPr>
            <w:tcW w:type="dxa" w:w="2324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</w:r>
          </w:p>
        </w:tc>
        <w:tc>
          <w:tcPr>
            <w:tcW w:type="dxa" w:w="1360"/>
            <w:vAlign w:val="center"/>
            <w:shd w:fill="F4F8F9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6"/>
              </w:rPr>
              <w:t>사업자등록번호</w:t>
            </w:r>
          </w:p>
        </w:tc>
        <w:tc>
          <w:tcPr>
            <w:tcW w:type="dxa" w:w="2948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</w:r>
          </w:p>
        </w:tc>
      </w:tr>
      <w:tr>
        <w:trPr>
          <w:trHeight w:val="328" w:hRule="atLeast"/>
        </w:trPr>
        <w:tc>
          <w:tcPr>
            <w:tcW w:type="dxa" w:w="453"/>
            <w:vAlign w:val="center"/>
            <w:shd w:fill="E3F0F2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85365"/>
                <w:sz w:val="16"/>
              </w:rPr>
            </w:r>
          </w:p>
        </w:tc>
        <w:tc>
          <w:tcPr>
            <w:tcW w:type="dxa" w:w="907"/>
            <w:vAlign w:val="center"/>
            <w:shd w:fill="E3F0F2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85365"/>
                <w:sz w:val="16"/>
              </w:rPr>
            </w:r>
          </w:p>
        </w:tc>
        <w:tc>
          <w:tcPr>
            <w:tcW w:type="dxa" w:w="1190"/>
            <w:vAlign w:val="center"/>
            <w:shd w:fill="F4F8F9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6"/>
              </w:rPr>
              <w:t>대표자명</w:t>
            </w:r>
          </w:p>
        </w:tc>
        <w:tc>
          <w:tcPr>
            <w:tcW w:type="dxa" w:w="2324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</w:r>
          </w:p>
        </w:tc>
        <w:tc>
          <w:tcPr>
            <w:tcW w:type="dxa" w:w="1360"/>
            <w:vAlign w:val="center"/>
            <w:shd w:fill="F4F8F9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6"/>
              </w:rPr>
              <w:t>연락처</w:t>
            </w:r>
          </w:p>
        </w:tc>
        <w:tc>
          <w:tcPr>
            <w:tcW w:type="dxa" w:w="2948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</w:r>
          </w:p>
        </w:tc>
      </w:tr>
      <w:tr>
        <w:trPr>
          <w:trHeight w:val="328" w:hRule="atLeast"/>
        </w:trPr>
        <w:tc>
          <w:tcPr>
            <w:tcW w:type="dxa" w:w="453"/>
            <w:vAlign w:val="center"/>
            <w:shd w:fill="E3F0F2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85365"/>
                <w:sz w:val="16"/>
              </w:rPr>
              <w:t>02</w:t>
            </w:r>
          </w:p>
        </w:tc>
        <w:tc>
          <w:tcPr>
            <w:tcW w:type="dxa" w:w="907"/>
            <w:vAlign w:val="center"/>
            <w:shd w:fill="E3F0F2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85365"/>
                <w:sz w:val="16"/>
              </w:rPr>
              <w:t>고객</w:t>
            </w:r>
          </w:p>
        </w:tc>
        <w:tc>
          <w:tcPr>
            <w:tcW w:type="dxa" w:w="1190"/>
            <w:vAlign w:val="center"/>
            <w:shd w:fill="F4F8F9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6"/>
              </w:rPr>
              <w:t>회사/성명</w:t>
            </w:r>
          </w:p>
        </w:tc>
        <w:tc>
          <w:tcPr>
            <w:tcW w:type="dxa" w:w="2324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</w:r>
          </w:p>
        </w:tc>
        <w:tc>
          <w:tcPr>
            <w:tcW w:type="dxa" w:w="1360"/>
            <w:vAlign w:val="center"/>
            <w:shd w:fill="F4F8F9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6"/>
              </w:rPr>
              <w:t>담당자</w:t>
            </w:r>
          </w:p>
        </w:tc>
        <w:tc>
          <w:tcPr>
            <w:tcW w:type="dxa" w:w="2948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</w:r>
          </w:p>
        </w:tc>
      </w:tr>
      <w:tr>
        <w:trPr>
          <w:trHeight w:val="328" w:hRule="atLeast"/>
        </w:trPr>
        <w:tc>
          <w:tcPr>
            <w:tcW w:type="dxa" w:w="453"/>
            <w:vAlign w:val="center"/>
            <w:shd w:fill="E3F0F2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85365"/>
                <w:sz w:val="16"/>
              </w:rPr>
            </w:r>
          </w:p>
        </w:tc>
        <w:tc>
          <w:tcPr>
            <w:tcW w:type="dxa" w:w="907"/>
            <w:vAlign w:val="center"/>
            <w:shd w:fill="E3F0F2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85365"/>
                <w:sz w:val="16"/>
              </w:rPr>
            </w:r>
          </w:p>
        </w:tc>
        <w:tc>
          <w:tcPr>
            <w:tcW w:type="dxa" w:w="1190"/>
            <w:vAlign w:val="center"/>
            <w:shd w:fill="F4F8F9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6"/>
              </w:rPr>
              <w:t>주소</w:t>
            </w:r>
          </w:p>
        </w:tc>
        <w:tc>
          <w:tcPr>
            <w:tcW w:type="dxa" w:w="2324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</w:r>
          </w:p>
        </w:tc>
        <w:tc>
          <w:tcPr>
            <w:tcW w:type="dxa" w:w="1360"/>
            <w:vAlign w:val="center"/>
            <w:shd w:fill="F4F8F9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000000"/>
                <w:sz w:val="16"/>
              </w:rPr>
              <w:t>연락처</w:t>
            </w:r>
          </w:p>
        </w:tc>
        <w:tc>
          <w:tcPr>
            <w:tcW w:type="dxa" w:w="2948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</w:r>
          </w:p>
        </w:tc>
      </w:tr>
    </w:tbl>
    <w:p>
      <w:pPr>
        <w:spacing w:after="80" w:before="0"/>
      </w:pPr>
      <w:r/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46"/>
      </w:tblGrid>
      <w:tr>
        <w:trPr>
          <w:trHeight w:val="311" w:hRule="atLeast"/>
        </w:trPr>
        <w:tc>
          <w:tcPr>
            <w:tcW w:type="dxa" w:w="10546"/>
            <w:vAlign w:val="center"/>
            <w:shd w:fill="E3F0F2"/>
            <w:tcBorders>
              <w:top w:val="single" w:sz="8" w:color="185365"/>
              <w:bottom w:val="single" w:sz="4" w:color="D0D0D0"/>
              <w:left w:val="nil"/>
              <w:right w:val="nil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/>
                <w:color w:val="185365"/>
                <w:sz w:val="18"/>
              </w:rPr>
              <w:t>03  견적 내역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318"/>
        <w:gridCol w:w="1318"/>
        <w:gridCol w:w="1318"/>
        <w:gridCol w:w="1318"/>
        <w:gridCol w:w="1318"/>
        <w:gridCol w:w="1318"/>
        <w:gridCol w:w="1318"/>
        <w:gridCol w:w="1318"/>
      </w:tblGrid>
      <w:tr>
        <w:trPr>
          <w:trHeight w:val="283" w:hRule="atLeast"/>
        </w:trPr>
        <w:tc>
          <w:tcPr>
            <w:tcW w:type="dxa" w:w="510"/>
            <w:vAlign w:val="center"/>
            <w:shd w:fill="185365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FFFFFF"/>
                <w:sz w:val="15"/>
              </w:rPr>
              <w:t>No.</w:t>
            </w:r>
          </w:p>
        </w:tc>
        <w:tc>
          <w:tcPr>
            <w:tcW w:type="dxa" w:w="2097"/>
            <w:vAlign w:val="center"/>
            <w:shd w:fill="185365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FFFFFF"/>
                <w:sz w:val="15"/>
              </w:rPr>
              <w:t>품목명</w:t>
            </w:r>
          </w:p>
        </w:tc>
        <w:tc>
          <w:tcPr>
            <w:tcW w:type="dxa" w:w="1190"/>
            <w:vAlign w:val="center"/>
            <w:shd w:fill="185365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FFFFFF"/>
                <w:sz w:val="15"/>
              </w:rPr>
              <w:t>규격</w:t>
            </w:r>
          </w:p>
        </w:tc>
        <w:tc>
          <w:tcPr>
            <w:tcW w:type="dxa" w:w="680"/>
            <w:vAlign w:val="center"/>
            <w:shd w:fill="185365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FFFFFF"/>
                <w:sz w:val="15"/>
              </w:rPr>
              <w:t>수량</w:t>
            </w:r>
          </w:p>
        </w:tc>
        <w:tc>
          <w:tcPr>
            <w:tcW w:type="dxa" w:w="1134"/>
            <w:vAlign w:val="center"/>
            <w:shd w:fill="185365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FFFFFF"/>
                <w:sz w:val="15"/>
              </w:rPr>
              <w:t>단가</w:t>
            </w:r>
          </w:p>
        </w:tc>
        <w:tc>
          <w:tcPr>
            <w:tcW w:type="dxa" w:w="1190"/>
            <w:vAlign w:val="center"/>
            <w:shd w:fill="185365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FFFFFF"/>
                <w:sz w:val="15"/>
              </w:rPr>
              <w:t>공급가액</w:t>
            </w:r>
          </w:p>
        </w:tc>
        <w:tc>
          <w:tcPr>
            <w:tcW w:type="dxa" w:w="1020"/>
            <w:vAlign w:val="center"/>
            <w:shd w:fill="185365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FFFFFF"/>
                <w:sz w:val="15"/>
              </w:rPr>
              <w:t>세액</w:t>
            </w:r>
          </w:p>
        </w:tc>
        <w:tc>
          <w:tcPr>
            <w:tcW w:type="dxa" w:w="1190"/>
            <w:vAlign w:val="center"/>
            <w:shd w:fill="185365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FFFFFF"/>
                <w:sz w:val="15"/>
              </w:rPr>
              <w:t>합계</w:t>
            </w:r>
          </w:p>
        </w:tc>
      </w:tr>
      <w:tr>
        <w:trPr>
          <w:trHeight w:val="311" w:hRule="atLeast"/>
        </w:trPr>
        <w:tc>
          <w:tcPr>
            <w:tcW w:type="dxa" w:w="51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  <w:t>1</w:t>
            </w:r>
          </w:p>
        </w:tc>
        <w:tc>
          <w:tcPr>
            <w:tcW w:type="dxa" w:w="2097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68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34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02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</w:tr>
      <w:tr>
        <w:trPr>
          <w:trHeight w:val="311" w:hRule="atLeast"/>
        </w:trPr>
        <w:tc>
          <w:tcPr>
            <w:tcW w:type="dxa" w:w="51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  <w:t>2</w:t>
            </w:r>
          </w:p>
        </w:tc>
        <w:tc>
          <w:tcPr>
            <w:tcW w:type="dxa" w:w="2097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68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34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02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</w:tr>
      <w:tr>
        <w:trPr>
          <w:trHeight w:val="311" w:hRule="atLeast"/>
        </w:trPr>
        <w:tc>
          <w:tcPr>
            <w:tcW w:type="dxa" w:w="51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  <w:t>3</w:t>
            </w:r>
          </w:p>
        </w:tc>
        <w:tc>
          <w:tcPr>
            <w:tcW w:type="dxa" w:w="2097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68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34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02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</w:tr>
      <w:tr>
        <w:trPr>
          <w:trHeight w:val="311" w:hRule="atLeast"/>
        </w:trPr>
        <w:tc>
          <w:tcPr>
            <w:tcW w:type="dxa" w:w="51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  <w:t>4</w:t>
            </w:r>
          </w:p>
        </w:tc>
        <w:tc>
          <w:tcPr>
            <w:tcW w:type="dxa" w:w="2097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68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34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02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</w:tr>
      <w:tr>
        <w:trPr>
          <w:trHeight w:val="311" w:hRule="atLeast"/>
        </w:trPr>
        <w:tc>
          <w:tcPr>
            <w:tcW w:type="dxa" w:w="51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  <w:t>5</w:t>
            </w:r>
          </w:p>
        </w:tc>
        <w:tc>
          <w:tcPr>
            <w:tcW w:type="dxa" w:w="2097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68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34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02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</w:tr>
      <w:tr>
        <w:trPr>
          <w:trHeight w:val="311" w:hRule="atLeast"/>
        </w:trPr>
        <w:tc>
          <w:tcPr>
            <w:tcW w:type="dxa" w:w="51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  <w:t>6</w:t>
            </w:r>
          </w:p>
        </w:tc>
        <w:tc>
          <w:tcPr>
            <w:tcW w:type="dxa" w:w="2097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68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34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02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</w:tr>
      <w:tr>
        <w:trPr>
          <w:trHeight w:val="311" w:hRule="atLeast"/>
        </w:trPr>
        <w:tc>
          <w:tcPr>
            <w:tcW w:type="dxa" w:w="51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  <w:t>7</w:t>
            </w:r>
          </w:p>
        </w:tc>
        <w:tc>
          <w:tcPr>
            <w:tcW w:type="dxa" w:w="2097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68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34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02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  <w:tc>
          <w:tcPr>
            <w:tcW w:type="dxa" w:w="1190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5"/>
              </w:rPr>
            </w:r>
          </w:p>
        </w:tc>
      </w:tr>
    </w:tbl>
    <w:p>
      <w:pPr>
        <w:spacing w:after="60" w:before="0"/>
      </w:pPr>
      <w:r/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636"/>
        <w:gridCol w:w="2636"/>
        <w:gridCol w:w="2636"/>
        <w:gridCol w:w="2636"/>
      </w:tblGrid>
      <w:tr>
        <w:trPr>
          <w:trHeight w:val="351" w:hRule="atLeast"/>
        </w:trPr>
        <w:tc>
          <w:tcPr>
            <w:tcW w:type="dxa" w:w="1530"/>
            <w:vAlign w:val="center"/>
            <w:shd w:fill="F4F8F9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85365"/>
                <w:sz w:val="16"/>
              </w:rPr>
              <w:t>결제 조건</w:t>
            </w:r>
          </w:p>
        </w:tc>
        <w:tc>
          <w:tcPr>
            <w:tcW w:type="dxa" w:w="3061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</w:r>
          </w:p>
        </w:tc>
        <w:tc>
          <w:tcPr>
            <w:tcW w:type="dxa" w:w="1814"/>
            <w:vAlign w:val="center"/>
            <w:shd w:fill="F4F8F9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85365"/>
                <w:sz w:val="16"/>
              </w:rPr>
              <w:t>납품/제공 예정일</w:t>
            </w:r>
          </w:p>
        </w:tc>
        <w:tc>
          <w:tcPr>
            <w:tcW w:type="dxa" w:w="2835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</w:r>
          </w:p>
        </w:tc>
      </w:tr>
      <w:tr>
        <w:trPr>
          <w:trHeight w:val="510" w:hRule="atLeast"/>
        </w:trPr>
        <w:tc>
          <w:tcPr>
            <w:tcW w:type="dxa" w:w="1530"/>
            <w:vAlign w:val="center"/>
            <w:shd w:fill="F4F8F9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85365"/>
                <w:sz w:val="16"/>
              </w:rPr>
              <w:t>비고</w:t>
            </w:r>
          </w:p>
        </w:tc>
        <w:tc>
          <w:tcPr>
            <w:tcW w:type="dxa" w:w="3061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</w:r>
          </w:p>
        </w:tc>
        <w:tc>
          <w:tcPr>
            <w:tcW w:type="dxa" w:w="1814"/>
            <w:vAlign w:val="center"/>
            <w:shd w:fill="F4F8F9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  <w:jc w:val="center"/>
            </w:pPr>
            <w:r/>
            <w:r>
              <w:rPr>
                <w:rFonts w:ascii="NanumGothic" w:hAnsi="NanumGothic" w:eastAsia="NanumGothic"/>
                <w:b/>
                <w:color w:val="185365"/>
                <w:sz w:val="16"/>
              </w:rPr>
              <w:t>담당자 서명 또는 날인</w:t>
            </w:r>
          </w:p>
        </w:tc>
        <w:tc>
          <w:tcPr>
            <w:tcW w:type="dxa" w:w="2835"/>
            <w:vAlign w:val="center"/>
            <w:tcBorders>
              <w:top w:val="single" w:sz="4" w:color="A9C8CE"/>
              <w:bottom w:val="single" w:sz="4" w:color="A9C8CE"/>
              <w:left w:val="single" w:sz="4" w:color="A9C8CE"/>
              <w:right w:val="single" w:sz="4" w:color="A9C8CE"/>
            </w:tcBorders>
          </w:tcPr>
          <w:p>
            <w:pPr>
              <w:spacing w:after="0" w:before="0" w:line="240" w:lineRule="auto"/>
            </w:pPr>
            <w:r/>
            <w:r>
              <w:rPr>
                <w:rFonts w:ascii="NanumGothic" w:hAnsi="NanumGothic" w:eastAsia="NanumGothic"/>
                <w:b w:val="0"/>
                <w:color w:val="000000"/>
                <w:sz w:val="16"/>
              </w:rPr>
            </w:r>
          </w:p>
        </w:tc>
      </w:tr>
    </w:tbl>
    <w:sectPr w:rsidR="00FC693F" w:rsidRPr="0006063C" w:rsidSect="00034616">
      <w:pgSz w:w="11906" w:h="16838"/>
      <w:pgMar w:top="624" w:right="680" w:bottom="567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NanumGothic" w:hAnsi="NanumGothic" w:eastAsia="NanumGothic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