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1" w:space="0" w:color="0F4C75"/>
          <w:left w:val="single" w:sz="1" w:space="0" w:color="0F4C75"/>
          <w:bottom w:val="single" w:sz="1" w:space="0" w:color="0F4C75"/>
          <w:right w:val="single" w:sz="1" w:space="0" w:color="0F4C75"/>
        </w:tblBorders>
      </w:tblPr>
      <w:tblGrid>
        <w:gridCol w:w="5235"/>
        <w:gridCol w:w="5235"/>
        <w:gridCol w:w="5235"/>
      </w:tblGrid>
      <w:tr>
        <w:tc>
          <w:tcPr>
            <w:tcW w:type="dxa" w:w="9072"/>
            <w:shd w:fill="0F4C75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FFFFFF"/>
                <w:sz w:val="34"/>
              </w:rPr>
              <w:t>거래명세서</w:t>
            </w:r>
          </w:p>
        </w:tc>
        <w:tc>
          <w:tcPr>
            <w:tcW w:type="dxa" w:w="1872"/>
            <w:shd w:fill="0F4C75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6048"/>
            <w:shd w:fill="0F4C75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FFFFFF"/>
                <w:sz w:val="16"/>
              </w:rPr>
            </w:r>
          </w:p>
        </w:tc>
      </w:tr>
    </w:tbl>
    <w:p>
      <w:pPr>
        <w:spacing w:before="0" w:after="2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35"/>
        <w:gridCol w:w="5235"/>
        <w:gridCol w:w="5235"/>
      </w:tblGrid>
      <w:tr>
        <w:tc>
          <w:tcPr>
            <w:tcW w:type="dxa" w:w="5235"/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single" w:sz="5" w:space="0" w:color="8BB8D8"/>
                <w:left w:val="single" w:sz="5" w:space="0" w:color="8BB8D8"/>
                <w:bottom w:val="single" w:sz="5" w:space="0" w:color="8BB8D8"/>
                <w:right w:val="single" w:sz="5" w:space="0" w:color="8BB8D8"/>
                <w:insideH w:val="single" w:sz="5" w:space="0" w:color="8BB8D8"/>
                <w:insideV w:val="single" w:sz="5" w:space="0" w:color="8BB8D8"/>
              </w:tblBorders>
            </w:tblPr>
            <w:tblGrid>
              <w:gridCol w:w="5235"/>
            </w:tblGrid>
            <w:tr>
              <w:tc>
                <w:tcPr>
                  <w:tcW w:type="dxa" w:w="5235"/>
                  <w:shd w:fill="D9ECF8"/>
                  <w:vAlign w:val="center"/>
                  <w:tcMar>
                    <w:top w:w="35" w:type="dxa"/>
                    <w:start w:w="45" w:type="dxa"/>
                    <w:bottom w:w="35" w:type="dxa"/>
                    <w:end w:w="45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0F4C75"/>
                      <w:sz w:val="15"/>
                    </w:rPr>
                    <w:t>거래일</w:t>
                  </w:r>
                </w:p>
              </w:tc>
            </w:tr>
            <w:tr>
              <w:tc>
                <w:tcPr>
                  <w:tcW w:type="dxa" w:w="5235"/>
                  <w:vAlign w:val="center"/>
                  <w:tcMar>
                    <w:top w:w="35" w:type="dxa"/>
                    <w:start w:w="45" w:type="dxa"/>
                    <w:bottom w:w="35" w:type="dxa"/>
                    <w:end w:w="45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  <w:t xml:space="preserve">        년        월        일</w:t>
                  </w:r>
                </w:p>
              </w:tc>
            </w:tr>
          </w:tbl>
          <w:p/>
        </w:tc>
        <w:tc>
          <w:tcPr>
            <w:tcW w:type="dxa" w:w="5235"/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single" w:sz="5" w:space="0" w:color="8BB8D8"/>
                <w:left w:val="single" w:sz="5" w:space="0" w:color="8BB8D8"/>
                <w:bottom w:val="single" w:sz="5" w:space="0" w:color="8BB8D8"/>
                <w:right w:val="single" w:sz="5" w:space="0" w:color="8BB8D8"/>
                <w:insideH w:val="single" w:sz="5" w:space="0" w:color="8BB8D8"/>
                <w:insideV w:val="single" w:sz="5" w:space="0" w:color="8BB8D8"/>
              </w:tblBorders>
            </w:tblPr>
            <w:tblGrid>
              <w:gridCol w:w="5235"/>
            </w:tblGrid>
            <w:tr>
              <w:tc>
                <w:tcPr>
                  <w:tcW w:type="dxa" w:w="5235"/>
                  <w:shd w:fill="D9ECF8"/>
                  <w:vAlign w:val="center"/>
                  <w:tcMar>
                    <w:top w:w="35" w:type="dxa"/>
                    <w:start w:w="45" w:type="dxa"/>
                    <w:bottom w:w="35" w:type="dxa"/>
                    <w:end w:w="45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0F4C75"/>
                      <w:sz w:val="15"/>
                    </w:rPr>
                    <w:t>납품일</w:t>
                  </w:r>
                </w:p>
              </w:tc>
            </w:tr>
            <w:tr>
              <w:tc>
                <w:tcPr>
                  <w:tcW w:type="dxa" w:w="5235"/>
                  <w:vAlign w:val="center"/>
                  <w:tcMar>
                    <w:top w:w="35" w:type="dxa"/>
                    <w:start w:w="45" w:type="dxa"/>
                    <w:bottom w:w="35" w:type="dxa"/>
                    <w:end w:w="45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  <w:t xml:space="preserve">        년        월        일</w:t>
                  </w:r>
                </w:p>
              </w:tc>
            </w:tr>
          </w:tbl>
          <w:p/>
        </w:tc>
        <w:tc>
          <w:tcPr>
            <w:tcW w:type="dxa" w:w="5235"/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single" w:sz="5" w:space="0" w:color="8BB8D8"/>
                <w:left w:val="single" w:sz="5" w:space="0" w:color="8BB8D8"/>
                <w:bottom w:val="single" w:sz="5" w:space="0" w:color="8BB8D8"/>
                <w:right w:val="single" w:sz="5" w:space="0" w:color="8BB8D8"/>
                <w:insideH w:val="single" w:sz="5" w:space="0" w:color="8BB8D8"/>
                <w:insideV w:val="single" w:sz="5" w:space="0" w:color="8BB8D8"/>
              </w:tblBorders>
            </w:tblPr>
            <w:tblGrid>
              <w:gridCol w:w="5235"/>
            </w:tblGrid>
            <w:tr>
              <w:tc>
                <w:tcPr>
                  <w:tcW w:type="dxa" w:w="5235"/>
                  <w:shd w:fill="D9ECF8"/>
                  <w:vAlign w:val="center"/>
                  <w:tcMar>
                    <w:top w:w="35" w:type="dxa"/>
                    <w:start w:w="45" w:type="dxa"/>
                    <w:bottom w:w="35" w:type="dxa"/>
                    <w:end w:w="45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0F4C75"/>
                      <w:sz w:val="15"/>
                    </w:rPr>
                    <w:t>결제조건</w:t>
                  </w:r>
                </w:p>
              </w:tc>
            </w:tr>
            <w:tr>
              <w:tc>
                <w:tcPr>
                  <w:tcW w:type="dxa" w:w="5235"/>
                  <w:vAlign w:val="center"/>
                  <w:tcMar>
                    <w:top w:w="35" w:type="dxa"/>
                    <w:start w:w="45" w:type="dxa"/>
                    <w:bottom w:w="35" w:type="dxa"/>
                    <w:end w:w="45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</w:r>
                </w:p>
              </w:tc>
            </w:tr>
          </w:tbl>
          <w:p/>
        </w:tc>
      </w:tr>
    </w:tbl>
    <w:p>
      <w:pPr>
        <w:spacing w:before="0"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852"/>
        <w:gridCol w:w="7852"/>
      </w:tblGrid>
      <w:tr>
        <w:tc>
          <w:tcPr>
            <w:tcW w:type="dxa" w:w="7852"/>
            <w:tcMar>
              <w:top w:w="0" w:type="dxa"/>
              <w:start w:w="40" w:type="dxa"/>
              <w:bottom w:w="0" w:type="dxa"/>
              <w:end w:w="40" w:type="dxa"/>
            </w:tcMar>
          </w:tcPr>
          <w:p/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single" w:sz="4" w:space="0" w:color="8BB8D8"/>
                <w:left w:val="single" w:sz="4" w:space="0" w:color="8BB8D8"/>
                <w:bottom w:val="single" w:sz="4" w:space="0" w:color="8BB8D8"/>
                <w:right w:val="single" w:sz="4" w:space="0" w:color="8BB8D8"/>
                <w:insideH w:val="single" w:sz="4" w:space="0" w:color="8BB8D8"/>
                <w:insideV w:val="single" w:sz="4" w:space="0" w:color="8BB8D8"/>
              </w:tblBorders>
            </w:tblPr>
            <w:tblGrid>
              <w:gridCol w:w="3926"/>
              <w:gridCol w:w="3926"/>
            </w:tblGrid>
            <w:tr>
              <w:tc>
                <w:tcPr>
                  <w:tcW w:type="dxa" w:w="7852"/>
                  <w:gridSpan w:val="2"/>
                  <w:shd w:fill="D9ECF8"/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0F4C75"/>
                      <w:sz w:val="18"/>
                    </w:rPr>
                    <w:t>공급자 정보</w:t>
                  </w:r>
                </w:p>
              </w:tc>
            </w:tr>
            <w:tr>
              <w:tc>
                <w:tcPr>
                  <w:tcW w:type="dxa" w:w="1728"/>
                  <w:shd w:fill="EEF7FC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상호명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EEF7FC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사업자등록번호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EEF7FC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대표자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EEF7FC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주소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EEF7FC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연락처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</w:tbl>
          <w:p/>
        </w:tc>
        <w:tc>
          <w:tcPr>
            <w:tcW w:type="dxa" w:w="7852"/>
            <w:tcMar>
              <w:top w:w="0" w:type="dxa"/>
              <w:start w:w="40" w:type="dxa"/>
              <w:bottom w:w="0" w:type="dxa"/>
              <w:end w:w="40" w:type="dxa"/>
            </w:tcMar>
          </w:tcPr>
          <w:p/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single" w:sz="4" w:space="0" w:color="8BB8D8"/>
                <w:left w:val="single" w:sz="4" w:space="0" w:color="8BB8D8"/>
                <w:bottom w:val="single" w:sz="4" w:space="0" w:color="8BB8D8"/>
                <w:right w:val="single" w:sz="4" w:space="0" w:color="8BB8D8"/>
                <w:insideH w:val="single" w:sz="4" w:space="0" w:color="8BB8D8"/>
                <w:insideV w:val="single" w:sz="4" w:space="0" w:color="8BB8D8"/>
              </w:tblBorders>
            </w:tblPr>
            <w:tblGrid>
              <w:gridCol w:w="3926"/>
              <w:gridCol w:w="3926"/>
            </w:tblGrid>
            <w:tr>
              <w:tc>
                <w:tcPr>
                  <w:tcW w:type="dxa" w:w="7852"/>
                  <w:gridSpan w:val="2"/>
                  <w:shd w:fill="D9ECF8"/>
                  <w:vAlign w:val="center"/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0F4C75"/>
                      <w:sz w:val="18"/>
                    </w:rPr>
                    <w:t>거래처 정보</w:t>
                  </w:r>
                </w:p>
              </w:tc>
            </w:tr>
            <w:tr>
              <w:tc>
                <w:tcPr>
                  <w:tcW w:type="dxa" w:w="1728"/>
                  <w:shd w:fill="EEF7FC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거래처명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EEF7FC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담당자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EEF7FC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사업자등록번호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EEF7FC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주소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  <w:tr>
              <w:tc>
                <w:tcPr>
                  <w:tcW w:type="dxa" w:w="1728"/>
                  <w:shd w:fill="EEF7FC"/>
                  <w:vAlign w:val="center"/>
                  <w:tcMar>
                    <w:top w:w="70" w:type="dxa"/>
                    <w:start w:w="80" w:type="dxa"/>
                    <w:bottom w:w="70" w:type="dxa"/>
                    <w:end w:w="8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7"/>
                    </w:rPr>
                    <w:t>연락처</w:t>
                  </w:r>
                </w:p>
              </w:tc>
              <w:tc>
                <w:tcPr>
                  <w:tcW w:type="dxa" w:w="6192"/>
                  <w:vAlign w:val="center"/>
                  <w:tcMar>
                    <w:top w:w="70" w:type="dxa"/>
                    <w:start w:w="100" w:type="dxa"/>
                    <w:bottom w:w="70" w:type="dxa"/>
                    <w:end w:w="10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7"/>
                    </w:rPr>
                  </w:r>
                </w:p>
              </w:tc>
            </w:tr>
          </w:tbl>
          <w:p/>
        </w:tc>
      </w:tr>
    </w:tbl>
    <w:p>
      <w:pPr>
        <w:spacing w:before="0"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8BB8D8"/>
          <w:left w:val="single" w:sz="4" w:space="0" w:color="8BB8D8"/>
          <w:bottom w:val="single" w:sz="4" w:space="0" w:color="8BB8D8"/>
          <w:right w:val="single" w:sz="4" w:space="0" w:color="8BB8D8"/>
          <w:insideH w:val="single" w:sz="4" w:space="0" w:color="8BB8D8"/>
          <w:insideV w:val="single" w:sz="4" w:space="0" w:color="8BB8D8"/>
        </w:tblBorders>
      </w:tblPr>
      <w:tblGrid>
        <w:gridCol w:w="1745"/>
        <w:gridCol w:w="1745"/>
        <w:gridCol w:w="1745"/>
        <w:gridCol w:w="1745"/>
        <w:gridCol w:w="1745"/>
        <w:gridCol w:w="1745"/>
        <w:gridCol w:w="1745"/>
        <w:gridCol w:w="1745"/>
        <w:gridCol w:w="1745"/>
      </w:tblGrid>
      <w:tr>
        <w:trPr>
          <w:trHeight w:val="400" w:hRule="exact"/>
        </w:trPr>
        <w:tc>
          <w:tcPr>
            <w:tcW w:type="dxa" w:w="648"/>
            <w:shd w:fill="D9ECF8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4C75"/>
                <w:sz w:val="16"/>
              </w:rPr>
              <w:t>번호</w:t>
            </w:r>
          </w:p>
        </w:tc>
        <w:tc>
          <w:tcPr>
            <w:tcW w:type="dxa" w:w="3528"/>
            <w:shd w:fill="D9ECF8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4C75"/>
                <w:sz w:val="16"/>
              </w:rPr>
              <w:t>품목명</w:t>
            </w:r>
          </w:p>
        </w:tc>
        <w:tc>
          <w:tcPr>
            <w:tcW w:type="dxa" w:w="1800"/>
            <w:shd w:fill="D9ECF8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4C75"/>
                <w:sz w:val="16"/>
              </w:rPr>
              <w:t>규격</w:t>
            </w:r>
          </w:p>
        </w:tc>
        <w:tc>
          <w:tcPr>
            <w:tcW w:type="dxa" w:w="1036"/>
            <w:shd w:fill="D9ECF8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4C75"/>
                <w:sz w:val="16"/>
              </w:rPr>
              <w:t>수량</w:t>
            </w:r>
          </w:p>
        </w:tc>
        <w:tc>
          <w:tcPr>
            <w:tcW w:type="dxa" w:w="1512"/>
            <w:shd w:fill="D9ECF8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4C75"/>
                <w:sz w:val="16"/>
              </w:rPr>
              <w:t>단가</w:t>
            </w:r>
          </w:p>
        </w:tc>
        <w:tc>
          <w:tcPr>
            <w:tcW w:type="dxa" w:w="1728"/>
            <w:shd w:fill="D9ECF8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4C75"/>
                <w:sz w:val="16"/>
              </w:rPr>
              <w:t>공급가액</w:t>
            </w:r>
          </w:p>
        </w:tc>
        <w:tc>
          <w:tcPr>
            <w:tcW w:type="dxa" w:w="1512"/>
            <w:shd w:fill="D9ECF8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4C75"/>
                <w:sz w:val="16"/>
              </w:rPr>
              <w:t>세액</w:t>
            </w:r>
          </w:p>
        </w:tc>
        <w:tc>
          <w:tcPr>
            <w:tcW w:type="dxa" w:w="1800"/>
            <w:shd w:fill="D9ECF8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4C75"/>
                <w:sz w:val="16"/>
              </w:rPr>
              <w:t>합계</w:t>
            </w:r>
          </w:p>
        </w:tc>
        <w:tc>
          <w:tcPr>
            <w:tcW w:type="dxa" w:w="2088"/>
            <w:shd w:fill="D9ECF8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0F4C75"/>
                <w:sz w:val="16"/>
              </w:rPr>
              <w:t>비고</w:t>
            </w:r>
          </w:p>
        </w:tc>
      </w:tr>
      <w:tr>
        <w:trPr>
          <w:trHeight w:val="380" w:hRule="exact"/>
        </w:trPr>
        <w:tc>
          <w:tcPr>
            <w:tcW w:type="dxa" w:w="64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35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036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7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208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</w:tr>
      <w:tr>
        <w:trPr>
          <w:trHeight w:val="380" w:hRule="exact"/>
        </w:trPr>
        <w:tc>
          <w:tcPr>
            <w:tcW w:type="dxa" w:w="64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35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036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7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208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</w:tr>
      <w:tr>
        <w:trPr>
          <w:trHeight w:val="380" w:hRule="exact"/>
        </w:trPr>
        <w:tc>
          <w:tcPr>
            <w:tcW w:type="dxa" w:w="64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35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036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7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208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</w:tr>
      <w:tr>
        <w:trPr>
          <w:trHeight w:val="380" w:hRule="exact"/>
        </w:trPr>
        <w:tc>
          <w:tcPr>
            <w:tcW w:type="dxa" w:w="64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35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036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7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208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</w:tr>
      <w:tr>
        <w:trPr>
          <w:trHeight w:val="380" w:hRule="exact"/>
        </w:trPr>
        <w:tc>
          <w:tcPr>
            <w:tcW w:type="dxa" w:w="64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35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036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center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72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512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1800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righ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  <w:tc>
          <w:tcPr>
            <w:tcW w:type="dxa" w:w="2088"/>
            <w:shd w:fill="FFFFFF"/>
            <w:vAlign w:val="center"/>
            <w:tcMar>
              <w:top w:w="50" w:type="dxa"/>
              <w:start w:w="45" w:type="dxa"/>
              <w:bottom w:w="50" w:type="dxa"/>
              <w:end w:w="45" w:type="dxa"/>
            </w:tcMar>
          </w:tcPr>
          <w:p>
            <w:pPr>
              <w:spacing w:before="0" w:after="0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5"/>
              </w:rPr>
            </w:r>
          </w:p>
        </w:tc>
      </w:tr>
    </w:tbl>
    <w:p>
      <w:pPr>
        <w:spacing w:before="0"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852"/>
        <w:gridCol w:w="7852"/>
      </w:tblGrid>
      <w:tr>
        <w:tc>
          <w:tcPr>
            <w:tcW w:type="dxa" w:w="7852"/>
            <w:tcMar>
              <w:top w:w="0" w:type="dxa"/>
              <w:start w:w="0" w:type="dxa"/>
              <w:bottom w:w="0" w:type="dxa"/>
              <w:end w:w="80" w:type="dxa"/>
            </w:tcMar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single" w:sz="5" w:space="0" w:color="8BB8D8"/>
                <w:left w:val="single" w:sz="5" w:space="0" w:color="8BB8D8"/>
                <w:bottom w:val="single" w:sz="5" w:space="0" w:color="8BB8D8"/>
                <w:right w:val="single" w:sz="5" w:space="0" w:color="8BB8D8"/>
                <w:insideH w:val="single" w:sz="5" w:space="0" w:color="8BB8D8"/>
                <w:insideV w:val="single" w:sz="5" w:space="0" w:color="8BB8D8"/>
              </w:tblBorders>
            </w:tblPr>
            <w:tblGrid>
              <w:gridCol w:w="3926"/>
              <w:gridCol w:w="3926"/>
            </w:tblGrid>
            <w:tr>
              <w:tc>
                <w:tcPr>
                  <w:tcW w:type="dxa" w:w="2448"/>
                  <w:shd w:fill="EEF7FC"/>
                  <w:vAlign w:val="center"/>
                  <w:tcMar>
                    <w:top w:w="50" w:type="dxa"/>
                    <w:start w:w="60" w:type="dxa"/>
                    <w:bottom w:w="50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공급가액 합계</w:t>
                  </w:r>
                </w:p>
              </w:tc>
              <w:tc>
                <w:tcPr>
                  <w:tcW w:type="dxa" w:w="4896"/>
                  <w:vAlign w:val="center"/>
                  <w:tcMar>
                    <w:top w:w="50" w:type="dxa"/>
                    <w:start w:w="70" w:type="dxa"/>
                    <w:bottom w:w="50" w:type="dxa"/>
                    <w:end w:w="70" w:type="dxa"/>
                  </w:tcMar>
                </w:tcPr>
                <w:p>
                  <w:pPr>
                    <w:spacing w:before="0" w:after="0"/>
                    <w:jc w:val="righ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  <w:t>원</w:t>
                  </w:r>
                </w:p>
              </w:tc>
            </w:tr>
            <w:tr>
              <w:tc>
                <w:tcPr>
                  <w:tcW w:type="dxa" w:w="2448"/>
                  <w:shd w:fill="EEF7FC"/>
                  <w:vAlign w:val="center"/>
                  <w:tcMar>
                    <w:top w:w="50" w:type="dxa"/>
                    <w:start w:w="60" w:type="dxa"/>
                    <w:bottom w:w="50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세액 합계</w:t>
                  </w:r>
                </w:p>
              </w:tc>
              <w:tc>
                <w:tcPr>
                  <w:tcW w:type="dxa" w:w="4896"/>
                  <w:vAlign w:val="center"/>
                  <w:tcMar>
                    <w:top w:w="50" w:type="dxa"/>
                    <w:start w:w="70" w:type="dxa"/>
                    <w:bottom w:w="50" w:type="dxa"/>
                    <w:end w:w="70" w:type="dxa"/>
                  </w:tcMar>
                </w:tcPr>
                <w:p>
                  <w:pPr>
                    <w:spacing w:before="0" w:after="0"/>
                    <w:jc w:val="righ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  <w:t>원</w:t>
                  </w:r>
                </w:p>
              </w:tc>
            </w:tr>
            <w:tr>
              <w:tc>
                <w:tcPr>
                  <w:tcW w:type="dxa" w:w="2448"/>
                  <w:shd w:fill="EEF7FC"/>
                  <w:vAlign w:val="center"/>
                  <w:tcMar>
                    <w:top w:w="50" w:type="dxa"/>
                    <w:start w:w="60" w:type="dxa"/>
                    <w:bottom w:w="50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총 합계금액</w:t>
                  </w:r>
                </w:p>
              </w:tc>
              <w:tc>
                <w:tcPr>
                  <w:tcW w:type="dxa" w:w="4896"/>
                  <w:vAlign w:val="center"/>
                  <w:tcMar>
                    <w:top w:w="50" w:type="dxa"/>
                    <w:start w:w="70" w:type="dxa"/>
                    <w:bottom w:w="50" w:type="dxa"/>
                    <w:end w:w="70" w:type="dxa"/>
                  </w:tcMar>
                </w:tcPr>
                <w:p>
                  <w:pPr>
                    <w:spacing w:before="0" w:after="0"/>
                    <w:jc w:val="righ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  <w:t>원</w:t>
                  </w:r>
                </w:p>
              </w:tc>
            </w:tr>
          </w:tbl>
          <w:p/>
        </w:tc>
        <w:tc>
          <w:tcPr>
            <w:tcW w:type="dxa" w:w="7852"/>
            <w:tcMar>
              <w:top w:w="0" w:type="dxa"/>
              <w:start w:w="80" w:type="dxa"/>
              <w:bottom w:w="0" w:type="dxa"/>
              <w:end w:w="0" w:type="dxa"/>
            </w:tcMar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single" w:sz="5" w:space="0" w:color="8BB8D8"/>
                <w:left w:val="single" w:sz="5" w:space="0" w:color="8BB8D8"/>
                <w:bottom w:val="single" w:sz="5" w:space="0" w:color="8BB8D8"/>
                <w:right w:val="single" w:sz="5" w:space="0" w:color="8BB8D8"/>
                <w:insideH w:val="single" w:sz="5" w:space="0" w:color="8BB8D8"/>
                <w:insideV w:val="single" w:sz="5" w:space="0" w:color="8BB8D8"/>
              </w:tblBorders>
            </w:tblPr>
            <w:tblGrid>
              <w:gridCol w:w="3926"/>
              <w:gridCol w:w="3926"/>
            </w:tblGrid>
            <w:tr>
              <w:tc>
                <w:tcPr>
                  <w:tcW w:type="dxa" w:w="2232"/>
                  <w:shd w:fill="EEF7FC"/>
                  <w:vAlign w:val="center"/>
                  <w:tcMar>
                    <w:top w:w="50" w:type="dxa"/>
                    <w:start w:w="60" w:type="dxa"/>
                    <w:bottom w:w="50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인수자</w:t>
                  </w:r>
                </w:p>
              </w:tc>
              <w:tc>
                <w:tcPr>
                  <w:tcW w:type="dxa" w:w="6408"/>
                  <w:vAlign w:val="center"/>
                  <w:tcMar>
                    <w:top w:w="50" w:type="dxa"/>
                    <w:start w:w="70" w:type="dxa"/>
                    <w:bottom w:w="50" w:type="dxa"/>
                    <w:end w:w="7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</w:r>
                </w:p>
              </w:tc>
            </w:tr>
            <w:tr>
              <w:tc>
                <w:tcPr>
                  <w:tcW w:type="dxa" w:w="2232"/>
                  <w:shd w:fill="EEF7FC"/>
                  <w:vAlign w:val="center"/>
                  <w:tcMar>
                    <w:top w:w="50" w:type="dxa"/>
                    <w:start w:w="60" w:type="dxa"/>
                    <w:bottom w:w="50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확인일</w:t>
                  </w:r>
                </w:p>
              </w:tc>
              <w:tc>
                <w:tcPr>
                  <w:tcW w:type="dxa" w:w="6408"/>
                  <w:vAlign w:val="center"/>
                  <w:tcMar>
                    <w:top w:w="50" w:type="dxa"/>
                    <w:start w:w="70" w:type="dxa"/>
                    <w:bottom w:w="50" w:type="dxa"/>
                    <w:end w:w="7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  <w:t xml:space="preserve">        년        월        일</w:t>
                  </w:r>
                </w:p>
              </w:tc>
            </w:tr>
            <w:tr>
              <w:tc>
                <w:tcPr>
                  <w:tcW w:type="dxa" w:w="2232"/>
                  <w:shd w:fill="EEF7FC"/>
                  <w:vAlign w:val="center"/>
                  <w:tcMar>
                    <w:top w:w="50" w:type="dxa"/>
                    <w:start w:w="60" w:type="dxa"/>
                    <w:bottom w:w="50" w:type="dxa"/>
                    <w:end w:w="60" w:type="dxa"/>
                  </w:tcMar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Noto Sans CJK KR" w:hAnsi="Noto Sans CJK KR" w:eastAsia="Noto Sans CJK KR"/>
                      <w:b/>
                      <w:color w:val="111111"/>
                      <w:sz w:val="16"/>
                    </w:rPr>
                    <w:t>서명 또는 날인</w:t>
                  </w:r>
                </w:p>
              </w:tc>
              <w:tc>
                <w:tcPr>
                  <w:tcW w:type="dxa" w:w="6408"/>
                  <w:vAlign w:val="center"/>
                  <w:tcMar>
                    <w:top w:w="50" w:type="dxa"/>
                    <w:start w:w="70" w:type="dxa"/>
                    <w:bottom w:w="50" w:type="dxa"/>
                    <w:end w:w="70" w:type="dxa"/>
                  </w:tcMar>
                </w:tcPr>
                <w:p>
                  <w:pPr>
                    <w:spacing w:before="0" w:after="0"/>
                    <w:jc w:val="left"/>
                  </w:pPr>
                  <w:r/>
                  <w:r>
                    <w:rPr>
                      <w:rFonts w:ascii="Noto Sans CJK KR" w:hAnsi="Noto Sans CJK KR" w:eastAsia="Noto Sans CJK KR"/>
                      <w:b w:val="0"/>
                      <w:color w:val="111111"/>
                      <w:sz w:val="16"/>
                    </w:rPr>
                  </w:r>
                </w:p>
              </w:tc>
            </w:tr>
          </w:tbl>
          <w:p/>
        </w:tc>
      </w:tr>
    </w:tbl>
    <w:sectPr w:rsidR="00FC693F" w:rsidRPr="0006063C" w:rsidSect="00034616">
      <w:pgSz w:w="16838" w:h="11906" w:orient="landscape"/>
      <w:pgMar w:top="425" w:right="567" w:bottom="369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17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1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