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left"/>
      </w:pPr>
      <w:r>
        <w:rPr>
          <w:rFonts w:ascii="NanumGothic" w:hAnsi="NanumGothic" w:eastAsia="NanumGothic"/>
          <w:b/>
          <w:color w:val="000000"/>
          <w:sz w:val="40"/>
        </w:rPr>
        <w:t>탄원서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92"/>
      </w:tblGrid>
      <w:tr>
        <w:trPr>
          <w:trHeight w:val="28"/>
        </w:trPr>
        <w:tc>
          <w:tcPr>
            <w:tcW w:type="dxa" w:w="9638"/>
            <w:tcBorders>
              <w:top w:sz="4" w:val="single" w:color="111111"/>
              <w:left w:sz="4" w:val="single" w:color="111111"/>
              <w:bottom w:sz="4" w:val="single" w:color="111111"/>
              <w:right w:sz="4" w:val="single" w:color="111111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2"/>
              </w:rPr>
            </w:r>
          </w:p>
        </w:tc>
      </w:tr>
    </w:tbl>
    <w:p>
      <w:pPr>
        <w:spacing w:after="8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c>
          <w:tcPr>
            <w:tcW w:type="dxa" w:w="1134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제출처</w:t>
            </w:r>
          </w:p>
        </w:tc>
        <w:tc>
          <w:tcPr>
            <w:tcW w:type="dxa" w:w="3628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 귀중</w:t>
            </w:r>
          </w:p>
        </w:tc>
        <w:tc>
          <w:tcPr>
            <w:tcW w:type="dxa" w:w="1134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사건명</w:t>
            </w:r>
          </w:p>
        </w:tc>
        <w:tc>
          <w:tcPr>
            <w:tcW w:type="dxa" w:w="3742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</w:t>
            </w:r>
          </w:p>
        </w:tc>
      </w:tr>
      <w:tr>
        <w:tc>
          <w:tcPr>
            <w:tcW w:type="dxa" w:w="1134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탄원인</w:t>
            </w:r>
          </w:p>
        </w:tc>
        <w:tc>
          <w:tcPr>
            <w:tcW w:type="dxa" w:w="3628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</w:t>
            </w:r>
          </w:p>
        </w:tc>
        <w:tc>
          <w:tcPr>
            <w:tcW w:type="dxa" w:w="1134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탄원 대상</w:t>
            </w:r>
          </w:p>
        </w:tc>
        <w:tc>
          <w:tcPr>
            <w:tcW w:type="dxa" w:w="3742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</w:t>
            </w:r>
          </w:p>
        </w:tc>
      </w:tr>
      <w:tr>
        <w:tc>
          <w:tcPr>
            <w:tcW w:type="dxa" w:w="1134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생년월일</w:t>
            </w:r>
          </w:p>
        </w:tc>
        <w:tc>
          <w:tcPr>
            <w:tcW w:type="dxa" w:w="3628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</w:t>
            </w:r>
          </w:p>
        </w:tc>
        <w:tc>
          <w:tcPr>
            <w:tcW w:type="dxa" w:w="1134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관계</w:t>
            </w:r>
          </w:p>
        </w:tc>
        <w:tc>
          <w:tcPr>
            <w:tcW w:type="dxa" w:w="3742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</w:t>
            </w:r>
          </w:p>
        </w:tc>
      </w:tr>
      <w:tr>
        <w:tc>
          <w:tcPr>
            <w:tcW w:type="dxa" w:w="1134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주소</w:t>
            </w:r>
          </w:p>
        </w:tc>
        <w:tc>
          <w:tcPr>
            <w:tcW w:type="dxa" w:w="3628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____________________________________________________________</w:t>
            </w:r>
          </w:p>
        </w:tc>
        <w:tc>
          <w:tcPr>
            <w:tcW w:type="dxa" w:w="1134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연락처</w:t>
            </w:r>
          </w:p>
        </w:tc>
        <w:tc>
          <w:tcPr>
            <w:tcW w:type="dxa" w:w="3742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</w:t>
            </w:r>
          </w:p>
        </w:tc>
      </w:tr>
    </w:tbl>
    <w:p>
      <w:pPr>
        <w:spacing w:after="100" w:before="0"/>
      </w:pPr>
      <w:r/>
    </w:p>
    <w:p>
      <w:pPr>
        <w:spacing w:after="20" w:before="40"/>
        <w:jc w:val="left"/>
      </w:pPr>
      <w:r>
        <w:rPr>
          <w:rFonts w:ascii="NanumGothic" w:hAnsi="NanumGothic" w:eastAsia="NanumGothic"/>
          <w:b/>
          <w:color w:val="000000"/>
          <w:sz w:val="19"/>
        </w:rPr>
        <w:t>탄원 취지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9638"/>
            <w:tcBorders>
              <w:top w:sz="4" w:val="single" w:color="D9D9D9"/>
              <w:left w:sz="4" w:val="single" w:color="D9D9D9"/>
              <w:bottom w:sz="4" w:val="single" w:color="D9D9D9"/>
              <w:right w:sz="4" w:val="single" w:color="D9D9D9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br/>
              <w:br/>
              <w:br/>
              <w:br/>
            </w:r>
          </w:p>
        </w:tc>
      </w:tr>
    </w:tbl>
    <w:p>
      <w:pPr>
        <w:spacing w:after="20" w:before="40"/>
        <w:jc w:val="left"/>
      </w:pPr>
      <w:r>
        <w:rPr>
          <w:rFonts w:ascii="NanumGothic" w:hAnsi="NanumGothic" w:eastAsia="NanumGothic"/>
          <w:b/>
          <w:color w:val="000000"/>
          <w:sz w:val="19"/>
        </w:rPr>
        <w:t>사실관계 및 경위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9638"/>
            <w:tcBorders>
              <w:top w:sz="4" w:val="single" w:color="D9D9D9"/>
              <w:left w:sz="4" w:val="single" w:color="D9D9D9"/>
              <w:bottom w:sz="4" w:val="single" w:color="D9D9D9"/>
              <w:right w:sz="4" w:val="single" w:color="D9D9D9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br/>
              <w:br/>
              <w:br/>
              <w:br/>
              <w:br/>
              <w:br/>
            </w:r>
          </w:p>
        </w:tc>
      </w:tr>
    </w:tbl>
    <w:p>
      <w:pPr>
        <w:spacing w:after="20" w:before="40"/>
        <w:jc w:val="left"/>
      </w:pPr>
      <w:r>
        <w:rPr>
          <w:rFonts w:ascii="NanumGothic" w:hAnsi="NanumGothic" w:eastAsia="NanumGothic"/>
          <w:b/>
          <w:color w:val="000000"/>
          <w:sz w:val="19"/>
        </w:rPr>
        <w:t>탄원 내용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9638"/>
            <w:tcBorders>
              <w:top w:sz="4" w:val="single" w:color="D9D9D9"/>
              <w:left w:sz="4" w:val="single" w:color="D9D9D9"/>
              <w:bottom w:sz="4" w:val="single" w:color="D9D9D9"/>
              <w:right w:sz="4" w:val="single" w:color="D9D9D9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br/>
              <w:br/>
              <w:br/>
              <w:br/>
              <w:br/>
              <w:br/>
              <w:br/>
            </w:r>
          </w:p>
        </w:tc>
      </w:tr>
    </w:tbl>
    <w:p>
      <w:pPr>
        <w:spacing w:after="20" w:before="40"/>
        <w:jc w:val="left"/>
      </w:pPr>
      <w:r>
        <w:rPr>
          <w:rFonts w:ascii="NanumGothic" w:hAnsi="NanumGothic" w:eastAsia="NanumGothic"/>
          <w:b/>
          <w:color w:val="000000"/>
          <w:sz w:val="19"/>
        </w:rPr>
        <w:t>요청 사항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9638"/>
            <w:tcBorders>
              <w:top w:sz="4" w:val="single" w:color="D9D9D9"/>
              <w:left w:sz="4" w:val="single" w:color="D9D9D9"/>
              <w:bottom w:sz="4" w:val="single" w:color="D9D9D9"/>
              <w:right w:sz="4" w:val="single" w:color="D9D9D9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br/>
              <w:br/>
              <w:br/>
              <w:br/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c>
          <w:tcPr>
            <w:tcW w:type="dxa" w:w="1134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작성일</w:t>
            </w:r>
          </w:p>
        </w:tc>
        <w:tc>
          <w:tcPr>
            <w:tcW w:type="dxa" w:w="3628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20____년 ____월 ____일</w:t>
            </w:r>
          </w:p>
        </w:tc>
        <w:tc>
          <w:tcPr>
            <w:tcW w:type="dxa" w:w="1134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성명</w:t>
            </w:r>
          </w:p>
        </w:tc>
        <w:tc>
          <w:tcPr>
            <w:tcW w:type="dxa" w:w="3742"/>
            <w:tcBorders>
              <w:top w:sz="5" w:val="single" w:color="D0D0D0"/>
              <w:left w:sz="5" w:val="single" w:color="D0D0D0"/>
              <w:bottom w:sz="5" w:val="single" w:color="D0D0D0"/>
              <w:right w:sz="5" w:val="single" w:color="D0D0D0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 (서명 또는 인)</w:t>
            </w:r>
          </w:p>
        </w:tc>
      </w:tr>
    </w:tbl>
    <w:sectPr w:rsidR="00FC693F" w:rsidRPr="0006063C" w:rsidSect="00034616">
      <w:pgSz w:w="11906" w:h="16838"/>
      <w:pgMar w:top="879" w:right="907" w:bottom="879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anumGothic" w:hAnsi="NanumGothic" w:eastAsia="NanumGothic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anumGothic" w:hAnsi="NanumGothic" w:eastAsia="NanumGothic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anumGothic" w:hAnsi="NanumGothic" w:eastAsia="NanumGothic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