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/>
        <w:jc w:val="left"/>
      </w:pPr>
      <w:r>
        <w:rPr>
          <w:rFonts w:ascii="NanumGothic" w:hAnsi="NanumGothic" w:eastAsia="NanumGothic"/>
          <w:b/>
          <w:sz w:val="40"/>
        </w:rPr>
        <w:t>견적서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1360"/>
            <w:vAlign w:val="center"/>
            <w:tcBorders>
              <w:top w:val="single" w:sz="4" w:color="222222"/>
              <w:bottom w:val="single" w:sz="4" w:color="222222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견적서 번호</w:t>
            </w:r>
          </w:p>
        </w:tc>
        <w:tc>
          <w:tcPr>
            <w:tcW w:type="dxa" w:w="3231"/>
            <w:vAlign w:val="center"/>
            <w:tcBorders>
              <w:top w:val="single" w:sz="4" w:color="222222"/>
              <w:bottom w:val="single" w:sz="4" w:color="222222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247"/>
            <w:vAlign w:val="center"/>
            <w:tcBorders>
              <w:top w:val="single" w:sz="4" w:color="222222"/>
              <w:bottom w:val="single" w:sz="4" w:color="222222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발행일</w:t>
            </w:r>
          </w:p>
        </w:tc>
        <w:tc>
          <w:tcPr>
            <w:tcW w:type="dxa" w:w="3005"/>
            <w:vAlign w:val="center"/>
            <w:tcBorders>
              <w:top w:val="single" w:sz="4" w:color="222222"/>
              <w:bottom w:val="single" w:sz="4" w:color="222222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 xml:space="preserve">        년      월      일</w:t>
            </w:r>
          </w:p>
        </w:tc>
      </w:tr>
    </w:tbl>
    <w:p>
      <w:pPr>
        <w:spacing w:after="10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rPr>
          <w:trHeight w:val="340" w:hRule="atLeast"/>
        </w:trPr>
        <w:tc>
          <w:tcPr>
            <w:tcW w:type="dxa" w:w="1417"/>
            <w:vAlign w:val="center"/>
            <w:tcBorders>
              <w:bottom w:val="single" w:sz="5" w:color="111111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공급자</w:t>
            </w:r>
          </w:p>
        </w:tc>
        <w:tc>
          <w:tcPr>
            <w:tcW w:type="dxa" w:w="2948"/>
            <w:vAlign w:val="center"/>
            <w:tcBorders>
              <w:bottom w:val="single" w:sz="5" w:color="111111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</w:r>
          </w:p>
        </w:tc>
        <w:tc>
          <w:tcPr>
            <w:tcW w:type="dxa" w:w="1417"/>
            <w:vAlign w:val="center"/>
            <w:tcBorders>
              <w:bottom w:val="single" w:sz="5" w:color="111111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고객</w:t>
            </w:r>
          </w:p>
        </w:tc>
        <w:tc>
          <w:tcPr>
            <w:tcW w:type="dxa" w:w="2948"/>
            <w:vAlign w:val="center"/>
            <w:tcBorders>
              <w:bottom w:val="single" w:sz="5" w:color="111111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</w:r>
          </w:p>
        </w:tc>
      </w:tr>
      <w:tr>
        <w:trPr>
          <w:trHeight w:val="306" w:hRule="atLeast"/>
        </w:trPr>
        <w:tc>
          <w:tcPr>
            <w:tcW w:type="dxa" w:w="1417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상호명</w:t>
            </w:r>
          </w:p>
        </w:tc>
        <w:tc>
          <w:tcPr>
            <w:tcW w:type="dxa" w:w="2948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417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회사/성명</w:t>
            </w:r>
          </w:p>
        </w:tc>
        <w:tc>
          <w:tcPr>
            <w:tcW w:type="dxa" w:w="2948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  <w:tr>
        <w:trPr>
          <w:trHeight w:val="306" w:hRule="atLeast"/>
        </w:trPr>
        <w:tc>
          <w:tcPr>
            <w:tcW w:type="dxa" w:w="1417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사업자등록번호</w:t>
            </w:r>
          </w:p>
        </w:tc>
        <w:tc>
          <w:tcPr>
            <w:tcW w:type="dxa" w:w="2948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417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담당자</w:t>
            </w:r>
          </w:p>
        </w:tc>
        <w:tc>
          <w:tcPr>
            <w:tcW w:type="dxa" w:w="2948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  <w:tr>
        <w:trPr>
          <w:trHeight w:val="306" w:hRule="atLeast"/>
        </w:trPr>
        <w:tc>
          <w:tcPr>
            <w:tcW w:type="dxa" w:w="1417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주소</w:t>
            </w:r>
          </w:p>
        </w:tc>
        <w:tc>
          <w:tcPr>
            <w:tcW w:type="dxa" w:w="2948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417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주소</w:t>
            </w:r>
          </w:p>
        </w:tc>
        <w:tc>
          <w:tcPr>
            <w:tcW w:type="dxa" w:w="2948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  <w:tr>
        <w:trPr>
          <w:trHeight w:val="306" w:hRule="atLeast"/>
        </w:trPr>
        <w:tc>
          <w:tcPr>
            <w:tcW w:type="dxa" w:w="1417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연락처/이메일</w:t>
            </w:r>
          </w:p>
        </w:tc>
        <w:tc>
          <w:tcPr>
            <w:tcW w:type="dxa" w:w="2948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417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연락처/이메일</w:t>
            </w:r>
          </w:p>
        </w:tc>
        <w:tc>
          <w:tcPr>
            <w:tcW w:type="dxa" w:w="2948"/>
            <w:vAlign w:val="center"/>
            <w:tcBorders>
              <w:bottom w:val="single" w:sz="5" w:color="D7D7D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</w:tbl>
    <w:p>
      <w:pPr>
        <w:spacing w:after="16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283"/>
        <w:gridCol w:w="1283"/>
        <w:gridCol w:w="1283"/>
        <w:gridCol w:w="1283"/>
        <w:gridCol w:w="1283"/>
        <w:gridCol w:w="1283"/>
        <w:gridCol w:w="1283"/>
        <w:gridCol w:w="1283"/>
      </w:tblGrid>
      <w:tr>
        <w:trPr>
          <w:trHeight w:val="283" w:hRule="atLeast"/>
        </w:trPr>
        <w:tc>
          <w:tcPr>
            <w:tcW w:type="dxa" w:w="510"/>
            <w:vAlign w:val="center"/>
            <w:shd w:fill="FFFFFF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No.</w:t>
            </w:r>
          </w:p>
        </w:tc>
        <w:tc>
          <w:tcPr>
            <w:tcW w:type="dxa" w:w="2097"/>
            <w:vAlign w:val="center"/>
            <w:shd w:fill="FFFFFF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품목명</w:t>
            </w:r>
          </w:p>
        </w:tc>
        <w:tc>
          <w:tcPr>
            <w:tcW w:type="dxa" w:w="1190"/>
            <w:vAlign w:val="center"/>
            <w:shd w:fill="FFFFFF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규격</w:t>
            </w:r>
          </w:p>
        </w:tc>
        <w:tc>
          <w:tcPr>
            <w:tcW w:type="dxa" w:w="680"/>
            <w:vAlign w:val="center"/>
            <w:shd w:fill="FFFFFF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수량</w:t>
            </w:r>
          </w:p>
        </w:tc>
        <w:tc>
          <w:tcPr>
            <w:tcW w:type="dxa" w:w="1134"/>
            <w:vAlign w:val="center"/>
            <w:shd w:fill="FFFFFF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단가</w:t>
            </w:r>
          </w:p>
        </w:tc>
        <w:tc>
          <w:tcPr>
            <w:tcW w:type="dxa" w:w="1190"/>
            <w:vAlign w:val="center"/>
            <w:shd w:fill="FFFFFF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공급가액</w:t>
            </w:r>
          </w:p>
        </w:tc>
        <w:tc>
          <w:tcPr>
            <w:tcW w:type="dxa" w:w="1020"/>
            <w:vAlign w:val="center"/>
            <w:shd w:fill="FFFFFF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세액</w:t>
            </w:r>
          </w:p>
        </w:tc>
        <w:tc>
          <w:tcPr>
            <w:tcW w:type="dxa" w:w="1190"/>
            <w:vAlign w:val="center"/>
            <w:shd w:fill="FFFFFF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합계</w:t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1</w:t>
            </w:r>
          </w:p>
        </w:tc>
        <w:tc>
          <w:tcPr>
            <w:tcW w:type="dxa" w:w="2097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2</w:t>
            </w:r>
          </w:p>
        </w:tc>
        <w:tc>
          <w:tcPr>
            <w:tcW w:type="dxa" w:w="2097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3</w:t>
            </w:r>
          </w:p>
        </w:tc>
        <w:tc>
          <w:tcPr>
            <w:tcW w:type="dxa" w:w="2097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4</w:t>
            </w:r>
          </w:p>
        </w:tc>
        <w:tc>
          <w:tcPr>
            <w:tcW w:type="dxa" w:w="2097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5</w:t>
            </w:r>
          </w:p>
        </w:tc>
        <w:tc>
          <w:tcPr>
            <w:tcW w:type="dxa" w:w="2097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6</w:t>
            </w:r>
          </w:p>
        </w:tc>
        <w:tc>
          <w:tcPr>
            <w:tcW w:type="dxa" w:w="2097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7</w:t>
            </w:r>
          </w:p>
        </w:tc>
        <w:tc>
          <w:tcPr>
            <w:tcW w:type="dxa" w:w="2097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8</w:t>
            </w:r>
          </w:p>
        </w:tc>
        <w:tc>
          <w:tcPr>
            <w:tcW w:type="dxa" w:w="2097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</w:tbl>
    <w:p>
      <w:pPr>
        <w:spacing w:after="12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rPr>
          <w:trHeight w:val="351" w:hRule="atLeast"/>
        </w:trPr>
        <w:tc>
          <w:tcPr>
            <w:tcW w:type="dxa" w:w="1701"/>
            <w:vAlign w:val="center"/>
            <w:shd w:fill="FFFFFF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공급가액 합계</w:t>
            </w:r>
          </w:p>
        </w:tc>
        <w:tc>
          <w:tcPr>
            <w:tcW w:type="dxa" w:w="2948"/>
            <w:vAlign w:val="center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vAlign w:val="center"/>
            <w:shd w:fill="FFFFFF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세액 합계</w:t>
            </w:r>
          </w:p>
        </w:tc>
        <w:tc>
          <w:tcPr>
            <w:tcW w:type="dxa" w:w="2948"/>
            <w:vAlign w:val="center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  <w:tr>
        <w:trPr>
          <w:trHeight w:val="351" w:hRule="atLeast"/>
        </w:trPr>
        <w:tc>
          <w:tcPr>
            <w:tcW w:type="dxa" w:w="1701"/>
            <w:vAlign w:val="center"/>
            <w:shd w:fill="FFFFFF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총 견적금액</w:t>
            </w:r>
          </w:p>
        </w:tc>
        <w:tc>
          <w:tcPr>
            <w:tcW w:type="dxa" w:w="2948"/>
            <w:vAlign w:val="center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vAlign w:val="center"/>
            <w:shd w:fill="FFFFFF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견적 유효기간</w:t>
            </w:r>
          </w:p>
        </w:tc>
        <w:tc>
          <w:tcPr>
            <w:tcW w:type="dxa" w:w="2948"/>
            <w:vAlign w:val="center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  <w:tr>
        <w:trPr>
          <w:trHeight w:val="351" w:hRule="atLeast"/>
        </w:trPr>
        <w:tc>
          <w:tcPr>
            <w:tcW w:type="dxa" w:w="1701"/>
            <w:vAlign w:val="center"/>
            <w:shd w:fill="FFFFFF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결제 조건</w:t>
            </w:r>
          </w:p>
        </w:tc>
        <w:tc>
          <w:tcPr>
            <w:tcW w:type="dxa" w:w="2948"/>
            <w:vAlign w:val="center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vAlign w:val="center"/>
            <w:shd w:fill="FFFFFF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납품/제공 예정일</w:t>
            </w:r>
          </w:p>
        </w:tc>
        <w:tc>
          <w:tcPr>
            <w:tcW w:type="dxa" w:w="2948"/>
            <w:vAlign w:val="center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</w:tbl>
    <w:p>
      <w:pPr>
        <w:spacing w:after="12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rPr>
          <w:trHeight w:val="822" w:hRule="atLeast"/>
        </w:trPr>
        <w:tc>
          <w:tcPr>
            <w:tcW w:type="dxa" w:w="1474"/>
            <w:vAlign w:val="center"/>
            <w:shd w:fill="FFFFFF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비고</w:t>
            </w:r>
          </w:p>
        </w:tc>
        <w:tc>
          <w:tcPr>
            <w:tcW w:type="dxa" w:w="7824"/>
            <w:vAlign w:val="center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  <w:tr>
        <w:trPr>
          <w:trHeight w:val="425" w:hRule="atLeast"/>
        </w:trPr>
        <w:tc>
          <w:tcPr>
            <w:tcW w:type="dxa" w:w="1474"/>
            <w:vAlign w:val="center"/>
            <w:shd w:fill="FFFFFF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담당자 서명 또는 날인</w:t>
            </w:r>
          </w:p>
        </w:tc>
        <w:tc>
          <w:tcPr>
            <w:tcW w:type="dxa" w:w="7824"/>
            <w:vAlign w:val="center"/>
            <w:tcBorders>
              <w:top w:val="single" w:sz="5" w:color="CFCFCF"/>
              <w:bottom w:val="single" w:sz="5" w:color="CFCFCF"/>
              <w:left w:val="single" w:sz="5" w:color="CFCFCF"/>
              <w:right w:val="single" w:sz="5" w:color="CFCFC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</w:tbl>
    <w:sectPr w:rsidR="00FC693F" w:rsidRPr="0006063C" w:rsidSect="00034616">
      <w:pgSz w:w="11906" w:h="16838"/>
      <w:pgMar w:top="765" w:right="822" w:bottom="652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NanumGothic" w:hAnsi="NanumGothic" w:eastAsia="NanumGothi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