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880" w:hRule="exact"/>
        </w:trPr>
        <w:tc>
          <w:tcPr>
            <w:tcW w:type="dxa" w:w="10772"/>
            <w:shd w:fill="111827"/>
            <w:tcBorders>
              <w:top w:val="single" w:sz="6" w:space="0" w:color="111827"/>
              <w:left w:val="single" w:sz="6" w:space="0" w:color="111827"/>
              <w:bottom w:val="single" w:sz="6" w:space="0" w:color="111827"/>
              <w:right w:val="single" w:sz="6" w:space="0" w:color="111827"/>
              <w:insideH w:val="single" w:sz="6" w:space="0" w:color="111827"/>
              <w:insideV w:val="single" w:sz="6" w:space="0" w:color="111827"/>
            </w:tcBorders>
          </w:tcPr>
          <w:p>
            <w:pPr>
              <w:spacing w:before="0" w:after="20"/>
              <w:jc w:val="center"/>
            </w:pPr>
            <w:r>
              <w:rPr>
                <w:rFonts w:ascii="NanumGothic" w:hAnsi="NanumGothic" w:eastAsia="NanumGothic"/>
                <w:b/>
                <w:color w:val="FFFFFF"/>
                <w:sz w:val="36"/>
              </w:rPr>
              <w:t>이력서</w:t>
            </w:r>
          </w:p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 w:val="0"/>
                <w:color w:val="FFFFFF"/>
                <w:sz w:val="16"/>
              </w:rPr>
              <w:t>깔끔한 인쇄용 이력서 양식</w:t>
            </w:r>
          </w:p>
        </w:tc>
      </w:tr>
    </w:tbl>
    <w:p>
      <w:pPr>
        <w:spacing w:before="0" w:after="0" w:line="3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기본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40" w:hRule="exact"/>
        </w:trPr>
        <w:tc>
          <w:tcPr>
            <w:tcW w:type="dxa" w:w="108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성명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생년월일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 w:val="restart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사진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(3cm × 4cm)</w:t>
            </w:r>
          </w:p>
        </w:tc>
      </w:tr>
      <w:tr>
        <w:trPr>
          <w:trHeight w:val="440" w:hRule="exact"/>
        </w:trPr>
        <w:tc>
          <w:tcPr>
            <w:tcW w:type="dxa" w:w="108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연락처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이메일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주소</w:t>
            </w:r>
          </w:p>
        </w:tc>
        <w:tc>
          <w:tcPr>
            <w:tcW w:type="dxa" w:w="7128"/>
            <w:gridSpan w:val="3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분야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직무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근무형태</w:t>
            </w:r>
          </w:p>
        </w:tc>
        <w:tc>
          <w:tcPr>
            <w:tcW w:type="dxa" w:w="2448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근무지</w:t>
            </w:r>
          </w:p>
        </w:tc>
        <w:tc>
          <w:tcPr>
            <w:tcW w:type="dxa" w:w="33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지원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회사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부서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직무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연봉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학력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66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학교명</w:t>
            </w:r>
          </w:p>
        </w:tc>
        <w:tc>
          <w:tcPr>
            <w:tcW w:type="dxa" w:w="201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전공</w:t>
            </w:r>
          </w:p>
        </w:tc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졸업구분</w:t>
            </w:r>
          </w:p>
        </w:tc>
        <w:tc>
          <w:tcPr>
            <w:tcW w:type="dxa" w:w="2232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경력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30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회사명</w:t>
            </w:r>
          </w:p>
        </w:tc>
        <w:tc>
          <w:tcPr>
            <w:tcW w:type="dxa" w:w="201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부서/직위</w:t>
            </w:r>
          </w:p>
        </w:tc>
        <w:tc>
          <w:tcPr>
            <w:tcW w:type="dxa" w:w="252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담당 업무</w:t>
            </w:r>
          </w:p>
        </w:tc>
        <w:tc>
          <w:tcPr>
            <w:tcW w:type="dxa" w:w="1656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자격·교육·어학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440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구분</w:t>
            </w:r>
          </w:p>
        </w:tc>
        <w:tc>
          <w:tcPr>
            <w:tcW w:type="dxa" w:w="2232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취득/수료일</w:t>
            </w:r>
          </w:p>
        </w:tc>
        <w:tc>
          <w:tcPr>
            <w:tcW w:type="dxa" w:w="2592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명칭</w:t>
            </w:r>
          </w:p>
        </w:tc>
        <w:tc>
          <w:tcPr>
            <w:tcW w:type="dxa" w:w="230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기관/점수</w:t>
            </w:r>
          </w:p>
        </w:tc>
        <w:tc>
          <w:tcPr>
            <w:tcW w:type="dxa" w:w="1872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자기소개 / 경력 요약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1480" w:hRule="exact"/>
        </w:trPr>
        <w:tc>
          <w:tcPr>
            <w:tcW w:type="dxa" w:w="107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자기소개, 지원동기, 주요 역량, 경력 요약 등을 자유롭게 작성하세요.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FFFFFF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111827"/>
                <w:sz w:val="17"/>
              </w:rPr>
              <w:t>개인정보 동의 및 서명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0440"/>
            <w:gridSpan w:val="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111827"/>
                <w:sz w:val="16"/>
              </w:rPr>
              <w:t>개인정보 수집·이용에 동의합니다.   □ 동의    □ 미동의</w:t>
            </w:r>
          </w:p>
        </w:tc>
      </w:tr>
      <w:tr>
        <w:trPr>
          <w:trHeight w:val="480" w:hRule="exact"/>
        </w:trPr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작성일</w:t>
            </w:r>
          </w:p>
        </w:tc>
        <w:tc>
          <w:tcPr>
            <w:tcW w:type="dxa" w:w="3600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20      년       월       일</w:t>
            </w:r>
          </w:p>
        </w:tc>
        <w:tc>
          <w:tcPr>
            <w:tcW w:type="dxa" w:w="1584"/>
            <w:shd w:fill="F9FAFB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지원자</w:t>
            </w:r>
          </w:p>
        </w:tc>
        <w:tc>
          <w:tcPr>
            <w:tcW w:type="dxa" w:w="3672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(서명 또는 날인)</w:t>
            </w:r>
          </w:p>
        </w:tc>
      </w:tr>
      <w:tr>
        <w:trPr>
          <w:trHeight w:val="440" w:hRule="exact"/>
        </w:trPr>
        <w:tc>
          <w:tcPr>
            <w:tcW w:type="dxa" w:w="10440"/>
            <w:gridSpan w:val="4"/>
            <w:shd w:fill="FFFFFF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  <w:insideH w:val="single" w:sz="4" w:space="0" w:color="D1D5DB"/>
              <w:insideV w:val="single" w:sz="4" w:space="0" w:color="D1D5DB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위 기재 내용은 사실과 다름없음을 확인합니다.</w:t>
            </w:r>
          </w:p>
        </w:tc>
      </w:tr>
    </w:tbl>
    <w:p>
      <w:pPr>
        <w:spacing w:before="0" w:after="0" w:line="20" w:lineRule="exact"/>
      </w:pPr>
    </w:p>
    <w:sectPr w:rsidR="00FC693F" w:rsidRPr="0006063C" w:rsidSect="00034616">
      <w:pgSz w:w="11906" w:h="16838"/>
      <w:pgMar w:top="510" w:right="567" w:bottom="51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