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 w:before="0" w:line="240" w:lineRule="auto"/>
        <w:jc w:val="left"/>
      </w:pPr>
      <w:r>
        <w:rPr>
          <w:rFonts w:ascii="Noto Sans CJK KR" w:hAnsi="Noto Sans CJK KR" w:eastAsia="Noto Sans CJK KR"/>
          <w:b/>
          <w:color w:val="111111"/>
          <w:sz w:val="48"/>
        </w:rPr>
        <w:t>시말서</w:t>
      </w:r>
    </w:p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10036"/>
      </w:tblGrid>
      <w:tr>
        <w:trPr>
          <w:trHeight w:val="45" w:hRule="exact"/>
        </w:trPr>
        <w:tc>
          <w:tcPr>
            <w:tcW w:type="dxa" w:w="10036"/>
            <w:tcMar>
              <w:top w:w="0" w:type="dxa"/>
              <w:start w:w="0" w:type="dxa"/>
              <w:bottom w:w="0" w:type="dxa"/>
              <w:end w:w="0" w:type="dxa"/>
            </w:tcMar>
            <w:shd w:fill="111111"/>
            <w:tcBorders>
              <w:top w:sz="2" w:val="single" w:color="111111" w:space="0"/>
              <w:bottom w:sz="2" w:val="single" w:color="111111" w:space="0"/>
              <w:start w:sz="2" w:val="single" w:color="111111" w:space="0"/>
              <w:end w:sz="2" w:val="single" w:color="111111" w:space="0"/>
            </w:tcBorders>
          </w:tcPr>
          <w:p/>
        </w:tc>
      </w:tr>
    </w:tbl>
    <w:p>
      <w:pPr>
        <w:spacing w:after="8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673"/>
        <w:gridCol w:w="1673"/>
        <w:gridCol w:w="1673"/>
        <w:gridCol w:w="1673"/>
        <w:gridCol w:w="1673"/>
        <w:gridCol w:w="1673"/>
      </w:tblGrid>
      <w:tr>
        <w:trPr>
          <w:trHeight w:val="408" w:hRule="atLeast"/>
        </w:trPr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소속</w:t>
            </w:r>
          </w:p>
        </w:tc>
        <w:tc>
          <w:tcPr>
            <w:tcW w:type="dxa" w:w="181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직위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성명</w:t>
            </w:r>
          </w:p>
        </w:tc>
        <w:tc>
          <w:tcPr>
            <w:tcW w:type="dxa" w:w="277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연락처</w:t>
            </w:r>
          </w:p>
        </w:tc>
        <w:tc>
          <w:tcPr>
            <w:tcW w:type="dxa" w:w="181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작성일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년    월    일</w:t>
            </w:r>
          </w:p>
        </w:tc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제출처</w:t>
            </w:r>
          </w:p>
        </w:tc>
        <w:tc>
          <w:tcPr>
            <w:tcW w:type="dxa" w:w="277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발생 일시</w:t>
            </w:r>
          </w:p>
        </w:tc>
        <w:tc>
          <w:tcPr>
            <w:tcW w:type="dxa" w:w="181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발생 장소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963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관련자</w:t>
            </w:r>
          </w:p>
        </w:tc>
        <w:tc>
          <w:tcPr>
            <w:tcW w:type="dxa" w:w="277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</w:tbl>
    <w:p>
      <w:pPr>
        <w:spacing w:after="80" w:before="0" w:line="240" w:lineRule="auto"/>
      </w:pPr>
    </w:p>
    <w:p>
      <w:pPr>
        <w:spacing w:after="40" w:before="0" w:line="240" w:lineRule="auto"/>
      </w:pPr>
      <w:r>
        <w:rPr>
          <w:rFonts w:ascii="Noto Sans CJK KR" w:hAnsi="Noto Sans CJK KR" w:eastAsia="Noto Sans CJK KR"/>
          <w:b/>
          <w:color w:val="111111"/>
          <w:sz w:val="20"/>
        </w:rPr>
        <w:t>발생 경위</w:t>
      </w:r>
    </w:p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10036"/>
      </w:tblGrid>
      <w:tr>
        <w:trPr>
          <w:trHeight w:val="1729" w:hRule="atLeast"/>
        </w:trPr>
        <w:tc>
          <w:tcPr>
            <w:tcW w:type="dxa" w:w="10035"/>
            <w:tcMar>
              <w:top w:w="90" w:type="dxa"/>
              <w:start w:w="85" w:type="dxa"/>
              <w:bottom w:w="90" w:type="dxa"/>
              <w:end w:w="85" w:type="dxa"/>
            </w:tcMar>
            <w:tcBorders>
              <w:top w:sz="4" w:val="single" w:color="DCDCDC" w:space="0"/>
              <w:bottom w:sz="4" w:val="single" w:color="DCDCDC" w:space="0"/>
              <w:start w:sz="4" w:val="single" w:color="DCDCDC" w:space="0"/>
              <w:end w:sz="4" w:val="single" w:color="DCDCDC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9"/>
              </w:rPr>
            </w:r>
          </w:p>
        </w:tc>
      </w:tr>
    </w:tbl>
    <w:p>
      <w:pPr>
        <w:spacing w:after="20" w:before="0" w:line="240" w:lineRule="auto"/>
      </w:pPr>
    </w:p>
    <w:p>
      <w:pPr>
        <w:spacing w:after="40" w:before="0" w:line="240" w:lineRule="auto"/>
      </w:pPr>
      <w:r>
        <w:rPr>
          <w:rFonts w:ascii="Noto Sans CJK KR" w:hAnsi="Noto Sans CJK KR" w:eastAsia="Noto Sans CJK KR"/>
          <w:b/>
          <w:color w:val="111111"/>
          <w:sz w:val="20"/>
        </w:rPr>
        <w:t>원인 및 책임 인정 사항</w:t>
      </w:r>
    </w:p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10036"/>
      </w:tblGrid>
      <w:tr>
        <w:trPr>
          <w:trHeight w:val="992" w:hRule="atLeast"/>
        </w:trPr>
        <w:tc>
          <w:tcPr>
            <w:tcW w:type="dxa" w:w="10035"/>
            <w:tcMar>
              <w:top w:w="90" w:type="dxa"/>
              <w:start w:w="85" w:type="dxa"/>
              <w:bottom w:w="90" w:type="dxa"/>
              <w:end w:w="85" w:type="dxa"/>
            </w:tcMar>
            <w:tcBorders>
              <w:top w:sz="4" w:val="single" w:color="DCDCDC" w:space="0"/>
              <w:bottom w:sz="4" w:val="single" w:color="DCDCDC" w:space="0"/>
              <w:start w:sz="4" w:val="single" w:color="DCDCDC" w:space="0"/>
              <w:end w:sz="4" w:val="single" w:color="DCDCDC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9"/>
              </w:rPr>
            </w:r>
          </w:p>
        </w:tc>
      </w:tr>
    </w:tbl>
    <w:p>
      <w:pPr>
        <w:spacing w:after="20" w:before="0" w:line="240" w:lineRule="auto"/>
      </w:pPr>
    </w:p>
    <w:p>
      <w:pPr>
        <w:spacing w:after="40" w:before="0" w:line="240" w:lineRule="auto"/>
      </w:pPr>
      <w:r>
        <w:rPr>
          <w:rFonts w:ascii="Noto Sans CJK KR" w:hAnsi="Noto Sans CJK KR" w:eastAsia="Noto Sans CJK KR"/>
          <w:b/>
          <w:color w:val="111111"/>
          <w:sz w:val="20"/>
        </w:rPr>
        <w:t>조치 내용</w:t>
      </w:r>
    </w:p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10036"/>
      </w:tblGrid>
      <w:tr>
        <w:trPr>
          <w:trHeight w:val="850" w:hRule="atLeast"/>
        </w:trPr>
        <w:tc>
          <w:tcPr>
            <w:tcW w:type="dxa" w:w="10035"/>
            <w:tcMar>
              <w:top w:w="90" w:type="dxa"/>
              <w:start w:w="85" w:type="dxa"/>
              <w:bottom w:w="90" w:type="dxa"/>
              <w:end w:w="85" w:type="dxa"/>
            </w:tcMar>
            <w:tcBorders>
              <w:top w:sz="4" w:val="single" w:color="DCDCDC" w:space="0"/>
              <w:bottom w:sz="4" w:val="single" w:color="DCDCDC" w:space="0"/>
              <w:start w:sz="4" w:val="single" w:color="DCDCDC" w:space="0"/>
              <w:end w:sz="4" w:val="single" w:color="DCDCDC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9"/>
              </w:rPr>
            </w:r>
          </w:p>
        </w:tc>
      </w:tr>
    </w:tbl>
    <w:p>
      <w:pPr>
        <w:spacing w:after="20" w:before="0" w:line="240" w:lineRule="auto"/>
      </w:pPr>
    </w:p>
    <w:p>
      <w:pPr>
        <w:spacing w:after="40" w:before="0" w:line="240" w:lineRule="auto"/>
      </w:pPr>
      <w:r>
        <w:rPr>
          <w:rFonts w:ascii="Noto Sans CJK KR" w:hAnsi="Noto Sans CJK KR" w:eastAsia="Noto Sans CJK KR"/>
          <w:b/>
          <w:color w:val="111111"/>
          <w:sz w:val="20"/>
        </w:rPr>
        <w:t>재발 방지 계획</w:t>
      </w:r>
    </w:p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10036"/>
      </w:tblGrid>
      <w:tr>
        <w:trPr>
          <w:trHeight w:val="963" w:hRule="atLeast"/>
        </w:trPr>
        <w:tc>
          <w:tcPr>
            <w:tcW w:type="dxa" w:w="10035"/>
            <w:tcMar>
              <w:top w:w="90" w:type="dxa"/>
              <w:start w:w="85" w:type="dxa"/>
              <w:bottom w:w="90" w:type="dxa"/>
              <w:end w:w="85" w:type="dxa"/>
            </w:tcMar>
            <w:tcBorders>
              <w:top w:sz="4" w:val="single" w:color="DCDCDC" w:space="0"/>
              <w:bottom w:sz="4" w:val="single" w:color="DCDCDC" w:space="0"/>
              <w:start w:sz="4" w:val="single" w:color="DCDCDC" w:space="0"/>
              <w:end w:sz="4" w:val="single" w:color="DCDCDC" w:space="0"/>
            </w:tcBorders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9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5018"/>
        <w:gridCol w:w="5018"/>
      </w:tblGrid>
      <w:tr>
        <w:trPr>
          <w:trHeight w:val="408" w:hRule="atLeast"/>
        </w:trPr>
        <w:tc>
          <w:tcPr>
            <w:tcW w:type="dxa" w:w="130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첨부자료</w:t>
            </w:r>
          </w:p>
        </w:tc>
        <w:tc>
          <w:tcPr>
            <w:tcW w:type="dxa" w:w="873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130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shd w:fill="FFFFFF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작성자</w:t>
            </w:r>
          </w:p>
        </w:tc>
        <w:tc>
          <w:tcPr>
            <w:tcW w:type="dxa" w:w="873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D9D9D9" w:space="0"/>
              <w:bottom w:sz="5" w:val="single" w:color="D9D9D9" w:space="0"/>
              <w:start w:sz="5" w:val="single" w:color="D9D9D9" w:space="0"/>
              <w:end w:sz="5" w:val="single" w:color="D9D9D9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(서명 또는 인)</w:t>
            </w:r>
          </w:p>
        </w:tc>
      </w:tr>
    </w:tbl>
    <w:sectPr w:rsidR="00FC693F" w:rsidRPr="0006063C" w:rsidSect="00034616">
      <w:pgSz w:w="11906" w:h="16838"/>
      <w:pgMar w:top="822" w:right="935" w:bottom="680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