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00" w:lineRule="auto"/>
        <w:jc w:val="center"/>
      </w:pPr>
      <w:r>
        <w:rPr>
          <w:rFonts w:ascii="맑은 고딕" w:hAnsi="맑은 고딕" w:eastAsia="맑은 고딕"/>
          <w:b/>
          <w:sz w:val="48"/>
        </w:rPr>
        <w:t>경 력 증 명 서</w:t>
      </w:r>
    </w:p>
    <w:p>
      <w:pPr>
        <w:spacing w:after="200" w:before="0" w:line="300" w:lineRule="auto"/>
      </w:pPr>
    </w:p>
    <w:p>
      <w:pPr>
        <w:spacing w:after="160" w:before="0" w:line="300" w:lineRule="auto"/>
      </w:pPr>
    </w:p>
    <w:p>
      <w:pPr>
        <w:spacing w:after="80" w:before="0" w:line="300" w:lineRule="auto"/>
      </w:pPr>
      <w:r>
        <w:rPr>
          <w:rFonts w:ascii="맑은 고딕" w:hAnsi="맑은 고딕" w:eastAsia="맑은 고딕"/>
          <w:b/>
          <w:sz w:val="21"/>
        </w:rPr>
        <w:t>■ 인적사항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1928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성       명</w:t>
            </w:r>
          </w:p>
        </w:tc>
        <w:tc>
          <w:tcPr>
            <w:tcW w:type="dxa" w:w="7257"/>
          </w:tcPr>
          <w:p>
            <w:pPr>
              <w:spacing w:after="20" w:line="312" w:lineRule="auto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</w:tr>
      <w:tr>
        <w:tc>
          <w:tcPr>
            <w:tcW w:type="dxa" w:w="1928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주민등록번호</w:t>
            </w:r>
          </w:p>
        </w:tc>
        <w:tc>
          <w:tcPr>
            <w:tcW w:type="dxa" w:w="7257"/>
          </w:tcPr>
          <w:p>
            <w:pPr>
              <w:spacing w:after="20" w:line="312" w:lineRule="auto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  <w:t xml:space="preserve">                      -                      </w:t>
            </w:r>
          </w:p>
          <w:p>
            <w:pPr>
              <w:spacing w:after="20" w:line="312" w:lineRule="auto"/>
            </w:pPr>
            <w:r>
              <w:rPr>
                <w:rFonts w:ascii="맑은 고딕" w:hAnsi="맑은 고딕" w:eastAsia="맑은 고딕"/>
                <w:b w:val="0"/>
                <w:sz w:val="20"/>
              </w:rPr>
              <w:t>(제출처가 요구하지 않으면 생년월일만 적어도 됩니다)</w:t>
            </w:r>
          </w:p>
        </w:tc>
      </w:tr>
      <w:tr>
        <w:tc>
          <w:tcPr>
            <w:tcW w:type="dxa" w:w="1928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주       소</w:t>
            </w:r>
          </w:p>
        </w:tc>
        <w:tc>
          <w:tcPr>
            <w:tcW w:type="dxa" w:w="7257"/>
          </w:tcPr>
          <w:p>
            <w:pPr>
              <w:spacing w:after="20" w:line="312" w:lineRule="auto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</w:tr>
      <w:tr>
        <w:tc>
          <w:tcPr>
            <w:tcW w:type="dxa" w:w="1928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연 락 처</w:t>
            </w:r>
          </w:p>
        </w:tc>
        <w:tc>
          <w:tcPr>
            <w:tcW w:type="dxa" w:w="7257"/>
          </w:tcPr>
          <w:p>
            <w:pPr>
              <w:spacing w:after="20" w:line="312" w:lineRule="auto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</w:tr>
    </w:tbl>
    <w:p>
      <w:pPr>
        <w:spacing w:after="160" w:before="0" w:line="300" w:lineRule="auto"/>
      </w:pPr>
    </w:p>
    <w:p>
      <w:pPr>
        <w:spacing w:after="80" w:before="0" w:line="300" w:lineRule="auto"/>
      </w:pPr>
      <w:r>
        <w:rPr>
          <w:rFonts w:ascii="맑은 고딕" w:hAnsi="맑은 고딕" w:eastAsia="맑은 고딕"/>
          <w:b/>
          <w:sz w:val="21"/>
        </w:rPr>
        <w:t>■ 근무경력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4"/>
            <w:shd w:val="clear" w:fill="EAF0FF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근무기간</w:t>
            </w:r>
          </w:p>
        </w:tc>
        <w:tc>
          <w:tcPr>
            <w:tcW w:type="dxa" w:w="1928"/>
            <w:shd w:val="clear" w:fill="EAF0FF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소속·부서</w:t>
            </w:r>
          </w:p>
        </w:tc>
        <w:tc>
          <w:tcPr>
            <w:tcW w:type="dxa" w:w="1361"/>
            <w:shd w:val="clear" w:fill="EAF0FF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직위</w:t>
            </w:r>
          </w:p>
        </w:tc>
        <w:tc>
          <w:tcPr>
            <w:tcW w:type="dxa" w:w="3402"/>
            <w:shd w:val="clear" w:fill="EAF0FF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담당업무</w:t>
            </w:r>
          </w:p>
        </w:tc>
      </w:tr>
      <w:tr>
        <w:tc>
          <w:tcPr>
            <w:tcW w:type="dxa" w:w="2494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92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61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3402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2494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92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61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3402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2494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92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61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3402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2494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92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61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3402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2494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92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61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3402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after="160" w:before="0" w:line="300" w:lineRule="auto"/>
      </w:pP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1928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총 근무기간</w:t>
            </w:r>
          </w:p>
        </w:tc>
        <w:tc>
          <w:tcPr>
            <w:tcW w:type="dxa" w:w="7257"/>
          </w:tcPr>
          <w:p>
            <w:pPr>
              <w:spacing w:after="20" w:line="312" w:lineRule="auto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  <w:t xml:space="preserve">      년      개월   (20    .   .   . ~ 20    .   .   .)</w:t>
            </w:r>
          </w:p>
        </w:tc>
      </w:tr>
      <w:tr>
        <w:tc>
          <w:tcPr>
            <w:tcW w:type="dxa" w:w="1928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퇴 직 일</w:t>
            </w:r>
          </w:p>
        </w:tc>
        <w:tc>
          <w:tcPr>
            <w:tcW w:type="dxa" w:w="7257"/>
          </w:tcPr>
          <w:p>
            <w:pPr>
              <w:spacing w:after="20" w:line="312" w:lineRule="auto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  <w:t>20      년      월      일</w:t>
            </w:r>
          </w:p>
        </w:tc>
      </w:tr>
      <w:tr>
        <w:tc>
          <w:tcPr>
            <w:tcW w:type="dxa" w:w="1928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퇴직사유</w:t>
            </w:r>
          </w:p>
        </w:tc>
        <w:tc>
          <w:tcPr>
            <w:tcW w:type="dxa" w:w="7257"/>
          </w:tcPr>
          <w:p>
            <w:pPr>
              <w:spacing w:after="20" w:line="312" w:lineRule="auto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  <w:t>□ 개인사정   □ 계약만료   □ 권고사직   □ 정년   □ 기타</w:t>
            </w:r>
          </w:p>
        </w:tc>
      </w:tr>
      <w:tr>
        <w:tc>
          <w:tcPr>
            <w:tcW w:type="dxa" w:w="1928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용       도</w:t>
            </w:r>
          </w:p>
        </w:tc>
        <w:tc>
          <w:tcPr>
            <w:tcW w:type="dxa" w:w="7257"/>
          </w:tcPr>
          <w:p>
            <w:pPr>
              <w:spacing w:after="20" w:line="312" w:lineRule="auto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  <w:t xml:space="preserve">                                    (제출처)</w:t>
            </w:r>
          </w:p>
        </w:tc>
      </w:tr>
    </w:tbl>
    <w:p>
      <w:pPr>
        <w:spacing w:after="280" w:before="0" w:line="300" w:lineRule="auto"/>
      </w:pPr>
    </w:p>
    <w:p>
      <w:pPr>
        <w:spacing w:after="280" w:before="0" w:line="300" w:lineRule="auto"/>
        <w:jc w:val="center"/>
      </w:pPr>
      <w:r>
        <w:rPr>
          <w:rFonts w:ascii="맑은 고딕" w:hAnsi="맑은 고딕" w:eastAsia="맑은 고딕"/>
          <w:b w:val="0"/>
          <w:sz w:val="23"/>
        </w:rPr>
        <w:t>위와 같이 증명합니다.</w:t>
      </w:r>
    </w:p>
    <w:p>
      <w:pPr>
        <w:spacing w:after="320" w:before="0" w:line="300" w:lineRule="auto"/>
        <w:jc w:val="center"/>
      </w:pPr>
      <w:r>
        <w:rPr>
          <w:rFonts w:ascii="맑은 고딕" w:hAnsi="맑은 고딕" w:eastAsia="맑은 고딕"/>
          <w:b w:val="0"/>
          <w:sz w:val="23"/>
        </w:rPr>
        <w:t>20        년          월          일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2154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회 사 명</w:t>
            </w:r>
          </w:p>
        </w:tc>
        <w:tc>
          <w:tcPr>
            <w:tcW w:type="dxa" w:w="7030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2154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사업자등록번호</w:t>
            </w:r>
          </w:p>
        </w:tc>
        <w:tc>
          <w:tcPr>
            <w:tcW w:type="dxa" w:w="7030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2154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주       소</w:t>
            </w:r>
          </w:p>
        </w:tc>
        <w:tc>
          <w:tcPr>
            <w:tcW w:type="dxa" w:w="7030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2154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전화번호</w:t>
            </w:r>
          </w:p>
        </w:tc>
        <w:tc>
          <w:tcPr>
            <w:tcW w:type="dxa" w:w="7030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after="240" w:before="0" w:line="300" w:lineRule="auto"/>
      </w:pPr>
    </w:p>
    <w:p>
      <w:pPr>
        <w:spacing w:after="80" w:before="0" w:line="300" w:lineRule="auto"/>
        <w:jc w:val="right"/>
      </w:pPr>
      <w:r>
        <w:rPr>
          <w:rFonts w:ascii="맑은 고딕" w:hAnsi="맑은 고딕" w:eastAsia="맑은 고딕"/>
          <w:b/>
          <w:sz w:val="23"/>
        </w:rPr>
        <w:t>대 표 이 사                                        (직인)</w:t>
      </w:r>
    </w:p>
    <w:p>
      <w:pPr>
        <w:spacing w:after="160" w:before="0" w:line="300" w:lineRule="auto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fill="FFF6DC"/>
          </w:tcPr>
          <w:p>
            <w:pPr>
              <w:spacing w:after="40" w:line="312" w:lineRule="auto"/>
            </w:pPr>
            <w:r/>
            <w:r>
              <w:rPr>
                <w:rFonts w:ascii="맑은 고딕" w:hAnsi="맑은 고딕" w:eastAsia="맑은 고딕"/>
                <w:b/>
                <w:color w:val="3A2F0B"/>
                <w:sz w:val="18"/>
              </w:rPr>
              <w:t>경력증명서 청구 기한</w:t>
            </w:r>
          </w:p>
          <w:p>
            <w:pPr>
              <w:spacing w:after="40" w:line="312" w:lineRule="auto"/>
            </w:pPr>
            <w:r>
              <w:rPr>
                <w:rFonts w:ascii="맑은 고딕" w:hAnsi="맑은 고딕" w:eastAsia="맑은 고딕"/>
                <w:b w:val="0"/>
                <w:color w:val="3A2F0B"/>
                <w:sz w:val="18"/>
              </w:rPr>
              <w:t>· 퇴직 후 3년 이내에 청구하면 회사가 발급해야 합니다. (근로기준법 제39조)</w:t>
            </w:r>
          </w:p>
          <w:p>
            <w:pPr>
              <w:spacing w:after="40" w:line="312" w:lineRule="auto"/>
            </w:pPr>
            <w:r>
              <w:rPr>
                <w:rFonts w:ascii="맑은 고딕" w:hAnsi="맑은 고딕" w:eastAsia="맑은 고딕"/>
                <w:b w:val="0"/>
                <w:color w:val="3A2F0B"/>
                <w:sz w:val="18"/>
              </w:rPr>
              <w:t>· 계속 근로기간이 30일 미만이면 이 청구권이 적용되지 않습니다.</w:t>
            </w:r>
          </w:p>
          <w:p>
            <w:pPr>
              <w:spacing w:after="40" w:line="312" w:lineRule="auto"/>
            </w:pPr>
            <w:r>
              <w:rPr>
                <w:rFonts w:ascii="맑은 고딕" w:hAnsi="맑은 고딕" w:eastAsia="맑은 고딕"/>
                <w:b w:val="0"/>
                <w:color w:val="3A2F0B"/>
                <w:sz w:val="18"/>
              </w:rPr>
              <w:t>· 회사가 폐업했다면 건강보험 자격득실확인서·국민연금 가입증명·고용보험 피보험자격 이력내역서로 대신할 수 있습니다.</w:t>
            </w:r>
          </w:p>
          <w:p>
            <w:pPr>
              <w:spacing w:after="40" w:line="312" w:lineRule="auto"/>
            </w:pPr>
            <w:r>
              <w:rPr>
                <w:rFonts w:ascii="맑은 고딕" w:hAnsi="맑은 고딕" w:eastAsia="맑은 고딕"/>
                <w:b w:val="0"/>
                <w:color w:val="3A2F0B"/>
                <w:sz w:val="18"/>
              </w:rPr>
              <w:t>· 근무기간 칸이 모자라면 행을 늘려서 부서 이동 이력까지 적으세요.</w:t>
            </w:r>
          </w:p>
        </w:tc>
      </w:tr>
    </w:tbl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