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00" w:lineRule="auto"/>
        <w:jc w:val="center"/>
      </w:pPr>
      <w:r>
        <w:rPr>
          <w:rFonts w:ascii="맑은 고딕" w:hAnsi="맑은 고딕" w:eastAsia="맑은 고딕"/>
          <w:b/>
          <w:sz w:val="48"/>
        </w:rPr>
        <w:t>법인 위임장</w:t>
      </w: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color w:val="63676E"/>
          <w:sz w:val="18"/>
        </w:rPr>
        <w:t>법인 명의 위임</w:t>
      </w: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위임인 (법인)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법 인 명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법인등록번호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사업자등록번호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대 표 자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본점 소재지</w:t>
            </w:r>
          </w:p>
        </w:tc>
        <w:tc>
          <w:tcPr>
            <w:tcW w:type="dxa" w:w="3005"/>
            <w:gridSpan w:val="3"/>
          </w:tcPr>
          <w:p/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담 당 자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140" w:before="0" w:line="300" w:lineRule="auto"/>
      </w:pPr>
    </w:p>
    <w:p>
      <w:pPr>
        <w:spacing w:after="80" w:before="0" w:line="300" w:lineRule="auto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</w:tbl>
    <w:p>
      <w:pPr>
        <w:spacing w:after="14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수임인 (대리인)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생년월일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소속·직위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140" w:before="0" w:line="300" w:lineRule="auto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위임하는 일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 xml:space="preserve">                                                                    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(위임 사항을 구체적으로 적습니다)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위임 범위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□ 계약 체결   □ 서류 제출·수령   □ 신고·신청   □ 입찰 참가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기타 (                                                    )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위임 기간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20      년      월      일  ~  20      년      월      일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제 출 처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첨부 서류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□ 법인 인감증명서 1통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법인등기부등본(등기사항전부증명서) 1통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사업자등록증 사본 1통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대리인 신분증 (원본 지참)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기타 (                                        )</w:t>
            </w:r>
          </w:p>
        </w:tc>
      </w:tr>
    </w:tbl>
    <w:p>
      <w:pPr>
        <w:spacing w:after="200" w:before="0" w:line="300" w:lineRule="auto"/>
      </w:pPr>
    </w:p>
    <w:p>
      <w:pPr>
        <w:spacing w:after="200" w:before="0" w:line="300" w:lineRule="auto"/>
        <w:jc w:val="center"/>
      </w:pPr>
      <w:r>
        <w:rPr>
          <w:rFonts w:ascii="맑은 고딕" w:hAnsi="맑은 고딕" w:eastAsia="맑은 고딕"/>
          <w:b w:val="0"/>
          <w:sz w:val="21"/>
        </w:rPr>
        <w:t>위와 같이 위임하며, 위임 사실이 틀림없음을 확인합니다.</w:t>
      </w:r>
    </w:p>
    <w:p>
      <w:pPr>
        <w:spacing w:after="240" w:before="0" w:line="300" w:lineRule="auto"/>
        <w:jc w:val="center"/>
      </w:pPr>
      <w:r>
        <w:rPr>
          <w:rFonts w:ascii="맑은 고딕" w:hAnsi="맑은 고딕" w:eastAsia="맑은 고딕"/>
          <w:b w:val="0"/>
          <w:sz w:val="22"/>
        </w:rPr>
        <w:t>20        년          월          일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215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위임인 (법인)</w:t>
            </w:r>
          </w:p>
        </w:tc>
        <w:tc>
          <w:tcPr>
            <w:tcW w:type="dxa" w:w="4989"/>
          </w:tcPr>
          <w:p>
            <w:pPr>
              <w:spacing w:after="6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 xml:space="preserve">법인명                                    </w:t>
            </w:r>
          </w:p>
          <w:p>
            <w:pPr>
              <w:spacing w:after="60"/>
            </w:pPr>
            <w:r>
              <w:rPr>
                <w:rFonts w:ascii="맑은 고딕" w:hAnsi="맑은 고딕" w:eastAsia="맑은 고딕"/>
                <w:b w:val="0"/>
                <w:sz w:val="19"/>
              </w:rPr>
              <w:t>대표자                          (법인인감)</w:t>
            </w:r>
          </w:p>
        </w:tc>
        <w:tc>
          <w:tcPr>
            <w:tcW w:type="dxa" w:w="2154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63676E"/>
                <w:sz w:val="18"/>
              </w:rPr>
              <w:t>법인 인감 날인</w:t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수임인 (대리인)</w:t>
            </w:r>
          </w:p>
        </w:tc>
        <w:tc>
          <w:tcPr>
            <w:tcW w:type="dxa" w:w="4989"/>
          </w:tcPr>
          <w:p>
            <w:pPr>
              <w:spacing w:after="6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성명                          (인)</w:t>
            </w:r>
          </w:p>
        </w:tc>
        <w:tc>
          <w:tcPr>
            <w:tcW w:type="dxa" w:w="2154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63676E"/>
                <w:sz w:val="18"/>
              </w:rPr>
              <w:t>서명 또는 날인</w:t>
            </w:r>
          </w:p>
        </w:tc>
      </w:tr>
    </w:tbl>
    <w:p>
      <w:pPr>
        <w:spacing w:after="160" w:before="0" w:line="300" w:lineRule="auto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fill="FFF6DC"/>
          </w:tcPr>
          <w:p>
            <w:pPr>
              <w:spacing w:after="40" w:line="312" w:lineRule="auto"/>
            </w:pPr>
            <w:r/>
            <w:r>
              <w:rPr>
                <w:rFonts w:ascii="맑은 고딕" w:hAnsi="맑은 고딕" w:eastAsia="맑은 고딕"/>
                <w:b/>
                <w:color w:val="3A2F0B"/>
                <w:sz w:val="18"/>
              </w:rPr>
              <w:t>법인 위임장에서 확인할 것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법인 인감(사용인감이 아닌 등기소 신고 인감)을 날인하고 법인 인감증명서를 첨부합니다.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사용인감을 쓰려면 사용인감계를 함께 내야 하는 곳이 많습니다.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대표자가 등기부등본상 대표와 일치하는지 확인하세요.</w:t>
            </w:r>
          </w:p>
        </w:tc>
      </w:tr>
    </w:tbl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