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00" w:lineRule="auto"/>
        <w:jc w:val="center"/>
      </w:pPr>
      <w:r>
        <w:rPr>
          <w:rFonts w:ascii="맑은 고딕" w:hAnsi="맑은 고딕" w:eastAsia="맑은 고딕"/>
          <w:b/>
          <w:sz w:val="48"/>
        </w:rPr>
        <w:t>재 직 증 명 서</w:t>
      </w:r>
    </w:p>
    <w:p>
      <w:pPr>
        <w:spacing w:after="200" w:before="0" w:line="300" w:lineRule="auto"/>
      </w:pPr>
    </w:p>
    <w:p>
      <w:pPr>
        <w:spacing w:after="16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인적사항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주민등록번호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-                      </w:t>
            </w:r>
          </w:p>
          <w:p>
            <w:pPr>
              <w:spacing w:after="20" w:line="312" w:lineRule="auto"/>
            </w:pPr>
            <w:r>
              <w:rPr>
                <w:rFonts w:ascii="맑은 고딕" w:hAnsi="맑은 고딕" w:eastAsia="맑은 고딕"/>
                <w:b w:val="0"/>
                <w:sz w:val="20"/>
              </w:rPr>
              <w:t>(제출처가 요구하지 않으면 생년월일만 적어도 됩니다)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16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재직사항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소       속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              (부서명)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직       위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              (직급·직책)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재직기간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20      년      월      일  ~  현재 재직 중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담당업무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고용형태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□ 정규직   □ 계약직   □ 단시간   □ 일용직   □ 기타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용       도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              (제출처)</w:t>
            </w:r>
          </w:p>
        </w:tc>
      </w:tr>
    </w:tbl>
    <w:p>
      <w:pPr>
        <w:spacing w:after="280" w:before="0" w:line="300" w:lineRule="auto"/>
      </w:pP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sz w:val="23"/>
        </w:rPr>
        <w:t>위와 같이 증명합니다.</w:t>
      </w:r>
    </w:p>
    <w:p>
      <w:pPr>
        <w:spacing w:after="320" w:before="0" w:line="300" w:lineRule="auto"/>
        <w:jc w:val="center"/>
      </w:pPr>
      <w:r>
        <w:rPr>
          <w:rFonts w:ascii="맑은 고딕" w:hAnsi="맑은 고딕" w:eastAsia="맑은 고딕"/>
          <w:b w:val="0"/>
          <w:sz w:val="23"/>
        </w:rPr>
        <w:t>20        년          월          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회 사 명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사업자등록번호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전화번호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240" w:before="0" w:line="300" w:lineRule="auto"/>
      </w:pPr>
    </w:p>
    <w:p>
      <w:pPr>
        <w:spacing w:after="80" w:before="0" w:line="300" w:lineRule="auto"/>
        <w:jc w:val="right"/>
      </w:pPr>
      <w:r>
        <w:rPr>
          <w:rFonts w:ascii="맑은 고딕" w:hAnsi="맑은 고딕" w:eastAsia="맑은 고딕"/>
          <w:b/>
          <w:sz w:val="23"/>
        </w:rPr>
        <w:t>대 표 이 사                                        (직인)</w:t>
      </w:r>
    </w:p>
    <w:p>
      <w:pPr>
        <w:spacing w:after="160" w:before="0" w:line="300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FFF6DC"/>
          </w:tcPr>
          <w:p>
            <w:pPr>
              <w:spacing w:after="40" w:line="312" w:lineRule="auto"/>
            </w:pPr>
            <w:r/>
            <w:r>
              <w:rPr>
                <w:rFonts w:ascii="맑은 고딕" w:hAnsi="맑은 고딕" w:eastAsia="맑은 고딕"/>
                <w:b/>
                <w:color w:val="3A2F0B"/>
                <w:sz w:val="18"/>
              </w:rPr>
              <w:t>발급받을 때 알아 두면 좋은 것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재직증명서는 지금 다니는 회사에 요청합니다. 퇴직했다면 경력증명서를 받으세요.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근로기준법 제39조에 따라 사용기간·업무종류·지위·임금 등을 적은 증명서는 청구하면 회사가 즉시 내줘야 합니다.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주민등록번호 뒷자리는 제출처가 요구할 때만 적으세요. 대부분 생년월일로 충분합니다.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회사 직인이 없으면 대부분의 제출처에서 인정되지 않습니다.</w:t>
            </w:r>
          </w:p>
        </w:tc>
      </w:tr>
    </w:tbl>
    <w:sectPr w:rsidR="00FC693F" w:rsidRPr="0006063C" w:rsidSect="00034616">
      <w:pgSz w:w="12240" w:h="15840"/>
      <w:pgMar w:top="1191" w:right="1191" w:bottom="1191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