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0"/>
        </w:rPr>
        <w:t>CERTIFICATE OF EMPLOYMENT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영문 재직·경력증명서</w:t>
      </w:r>
    </w:p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Personal Information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Name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Date of Birth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(YYYY-MM-DD)</w:t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Address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Contact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Employment Details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Department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Position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Period of Employment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From                    To                    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sz w:val="20"/>
              </w:rPr>
              <w:t>( □ Currently employed )</w:t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Job Description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Employment Type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Full-time   □ Contract   □ Part-time   □ Other</w:t>
            </w:r>
          </w:p>
        </w:tc>
      </w:tr>
      <w:tr>
        <w:tc>
          <w:tcPr>
            <w:tcW w:type="dxa" w:w="2381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Purpose</w:t>
            </w:r>
          </w:p>
        </w:tc>
        <w:tc>
          <w:tcPr>
            <w:tcW w:type="dxa" w:w="6803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(Visa / Overseas submission etc.)</w:t>
            </w:r>
          </w:p>
        </w:tc>
      </w:tr>
    </w:tbl>
    <w:p>
      <w:pPr>
        <w:spacing w:after="280" w:before="0" w:line="300" w:lineRule="auto"/>
      </w:pP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This is to certify that the above information is true and correct.</w:t>
      </w:r>
    </w:p>
    <w:p>
      <w:pPr>
        <w:spacing w:after="32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Date :                              (MM / DD / YYYY)</w:t>
      </w:r>
    </w:p>
    <w:p>
      <w:pPr>
        <w:spacing w:after="28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Company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Business Reg. No.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Address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Phone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240" w:before="0" w:line="300" w:lineRule="auto"/>
      </w:pPr>
    </w:p>
    <w:p>
      <w:pPr>
        <w:spacing w:after="80" w:before="0" w:line="300" w:lineRule="auto"/>
        <w:jc w:val="right"/>
      </w:pPr>
      <w:r>
        <w:rPr>
          <w:rFonts w:ascii="맑은 고딕" w:hAnsi="맑은 고딕" w:eastAsia="맑은 고딕"/>
          <w:b/>
          <w:sz w:val="23"/>
        </w:rPr>
        <w:t>Representative                                        (Seal)</w:t>
      </w:r>
    </w:p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EAF0FF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영문 증명서를 낼 때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이름은 여권과 똑같은 철자로 적으세요. 여권과 다르면 되돌려받는 경우가 많습니다.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날짜 표기가 나라마다 다릅니다. MM/DD/YYYY 인지 DD/MM/YYYY 인지 제출처 기준을 확인하세요.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대사관·해외 기관은 아포스티유 또는 영사확인을 요구하는 경우가 있습니다.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회사 직인과 함께 영문 회사명·주소가 들어가야 합니다.</w:t>
            </w:r>
          </w:p>
        </w:tc>
      </w:tr>
    </w:tbl>
    <w:sectPr w:rsidR="00FC693F" w:rsidRPr="0006063C" w:rsidSect="00034616">
      <w:pgSz w:w="12240" w:h="15840"/>
      <w:pgMar w:top="1191" w:right="1191" w:bottom="119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