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경력기술서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기본형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성명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경력 요약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총 경력 ○년 ○개월, 핵심 직무 한 줄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회사 1 (최근)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회사명·주요사업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회사 이름과 무슨 일을 하는 회사인지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재직기간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 (○년 ○개월)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부서·직급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소속 부서와 직급·직책, 부서 이동·승진이 있었다면 시기와 함께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주요 담당 업무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지원 직무와 가까운 업무부터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주요 성과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확인할 수 있는 결과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회사 2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회사명·주요사업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회사 이름과 무슨 일을 하는 회사인지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재직기간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 (○년 ○개월)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부서·직급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소속 부서와 직급·직책, 부서 이동·승진이 있었다면 시기와 함께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주요 담당 업무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지원 직무와 가까운 업무부터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주요 성과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확인할 수 있는 결과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채용공고에 지정 양식이 첨부돼 있으면 그 양식이 우선이에요.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기본형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