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경력기술서</w:t>
      </w:r>
    </w:p>
    <w:p>
      <w:pPr>
        <w:spacing w:before="0" w:after="24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8A909C"/>
          <w:sz w:val="19"/>
        </w:rPr>
        <w:t>프로젝트형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성명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지원 직무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</w:tbl>
    <w:p>
      <w:pPr>
        <w:spacing w:before="0" w:after="120" w:line="240" w:lineRule="auto"/>
      </w:pP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회사명·주요사업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회사 이름과 무슨 일을 하는 회사인지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재직기간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YYYY.MM ~ YYYY.MM (○년 ○개월)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부서·직급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소속 부서와 직급·직책, 부서 이동·승진이 있었다면 시기와 함께</w:t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프로젝트 1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프로젝트명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외부에 공개해도 되는 이름으로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기간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YYYY.MM ~ YYYY.MM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소속·참여 인원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팀 규모를 알면 내 비중이 보여요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내 역할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내가 직접 맡은 부분만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사용 기술·도구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언어·프로그램·장비 이름 그대로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결과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무엇이 바뀌었는지</w:t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프로젝트 2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프로젝트명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외부에 공개해도 되는 이름으로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기간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YYYY.MM ~ YYYY.MM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소속·참여 인원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팀 규모를 알면 내 비중이 보여요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내 역할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내가 직접 맡은 부분만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사용 기술·도구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언어·프로그램·장비 이름 그대로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결과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무엇이 바뀌었는지</w:t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프로젝트 3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프로젝트명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외부에 공개해도 되는 이름으로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기간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YYYY.MM ~ YYYY.MM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소속·참여 인원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팀 규모를 알면 내 비중이 보여요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내 역할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내가 직접 맡은 부분만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사용 기술·도구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언어·프로그램·장비 이름 그대로</w:t>
            </w:r>
          </w:p>
        </w:tc>
      </w:tr>
      <w:tr>
        <w:trPr>
          <w:trHeight w:val="147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결과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무엇이 바뀌었는지</w:t>
            </w:r>
          </w:p>
        </w:tc>
      </w:tr>
    </w:tbl>
    <w:p>
      <w:pPr>
        <w:spacing w:before="0" w:after="12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채용공고에 지정 양식이 첨부돼 있으면 그 양식이 우선이에요.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경력기술서 프로젝트형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