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회의록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기본형 — 한 번 열리는 회의용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회의명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일시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○월 ○일(○) 00:00~00:00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장소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회의실 또는 화상회의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참석자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이름(소속) · 불참자도 함께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작성자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90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안건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1. 2. 3.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논의 내용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안건별 발언 요지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결정사항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합의된 결론만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후속 조치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할 일 / 담당자 / 완료기한</w:t>
            </w:r>
          </w:p>
        </w:tc>
      </w:tr>
      <w:tr>
        <w:trPr>
          <w:trHeight w:val="90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미결사항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다음 회의로 넘길 것</w:t>
            </w:r>
          </w:p>
        </w:tc>
      </w:tr>
    </w:tbl>
    <w:p>
      <w:pPr>
        <w:spacing w:before="0" w:after="120" w:line="240" w:lineRule="auto"/>
      </w:pP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 기본형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