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360" w:lineRule="auto"/>
        <w:jc w:val="center"/>
      </w:pPr>
      <w:r>
        <w:rPr>
          <w:rFonts w:ascii="Malgun Gothic" w:hAnsi="Malgun Gothic" w:cs="Malgun Gothic" w:eastAsia="맑은 고딕"/>
          <w:b/>
          <w:color w:val="1B1D22"/>
          <w:sz w:val="32"/>
        </w:rPr>
        <w:t>주식회사 ○○</w:t>
      </w:r>
    </w:p>
    <w:p>
      <w:pPr>
        <w:spacing w:before="0" w:after="160" w:line="360" w:lineRule="auto"/>
        <w:jc w:val="center"/>
      </w:pPr>
      <w:r>
        <w:rPr>
          <w:rFonts w:ascii="Malgun Gothic" w:hAnsi="Malgun Gothic" w:cs="Malgun Gothic" w:eastAsia="맑은 고딕"/>
          <w:b w:val="0"/>
          <w:color w:val="8A909C"/>
          <w:sz w:val="18"/>
        </w:rPr>
        <w:t>(</w:t>
      </w:r>
      <w:r>
        <w:rPr>
          <w:rFonts w:ascii="Malgun Gothic" w:hAnsi="Malgun Gothic" w:cs="Malgun Gothic" w:eastAsia="맑은 고딕"/>
          <w:b w:val="0"/>
          <w:color w:val="8A909C"/>
          <w:sz w:val="18"/>
        </w:rPr>
        <w:t>주소 · 대표전화</w:t>
      </w:r>
      <w:r>
        <w:rPr>
          <w:rFonts w:ascii="Malgun Gothic" w:hAnsi="Malgun Gothic" w:cs="Malgun Gothic" w:eastAsia="맑은 고딕"/>
          <w:b w:val="0"/>
          <w:color w:val="8A909C"/>
          <w:sz w:val="18"/>
        </w:rPr>
        <w:t>)</w:t>
      </w:r>
    </w:p>
    <w:p>
      <w:pPr>
        <w:spacing w:before="0" w:after="120" w:line="144" w:lineRule="auto"/>
        <w:pBdr>
          <w:bottom w:val="single" w:sz="8" w:color="1B1D22"/>
        </w:pBdr>
      </w:pP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1349"/>
        <w:gridCol w:w="8289"/>
      </w:tblGrid>
      <w:tr>
        <w:trPr>
          <w:trHeight w:val="510" w:hRule="atLeast"/>
          <w:cantSplit/>
        </w:trPr>
        <w:tc>
          <w:tcPr>
            <w:tcW w:type="dxa" w:w="1349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수신</w:t>
            </w:r>
          </w:p>
        </w:tc>
        <w:tc>
          <w:tcPr>
            <w:tcW w:type="dxa" w:w="828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1B1D22"/>
                <w:sz w:val="20"/>
              </w:rPr>
              <w:t>주식회사 △△ 대표이사 (참조: 구매팀장)</w:t>
            </w:r>
          </w:p>
        </w:tc>
      </w:tr>
      <w:tr>
        <w:trPr>
          <w:trHeight w:val="510" w:hRule="atLeast"/>
          <w:cantSplit/>
        </w:trPr>
        <w:tc>
          <w:tcPr>
            <w:tcW w:type="dxa" w:w="1349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제목</w:t>
            </w:r>
          </w:p>
        </w:tc>
        <w:tc>
          <w:tcPr>
            <w:tcW w:type="dxa" w:w="828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1B1D22"/>
                <w:sz w:val="20"/>
              </w:rPr>
              <w:t>○○ 제품 납품 일정 변경 안내 및 협조 요청</w:t>
            </w:r>
          </w:p>
        </w:tc>
      </w:tr>
    </w:tbl>
    <w:p>
      <w:pPr>
        <w:spacing w:before="0" w:after="120" w:line="240" w:lineRule="auto"/>
      </w:pPr>
    </w:p>
    <w:p>
      <w:pPr>
        <w:spacing w:before="0" w:after="100" w:line="408" w:lineRule="auto"/>
      </w:pPr>
      <w:r>
        <w:rPr>
          <w:rFonts w:ascii="Malgun Gothic" w:hAnsi="Malgun Gothic" w:cs="Malgun Gothic" w:eastAsia="맑은 고딕"/>
          <w:b w:val="0"/>
          <w:color w:val="1B1D22"/>
          <w:sz w:val="21"/>
        </w:rPr>
        <w:t>1. 관련: 귀사 구매팀-0123(20XX. X. X.)</w:t>
        <w:br/>
      </w:r>
      <w:r>
        <w:rPr>
          <w:rFonts w:ascii="Malgun Gothic" w:hAnsi="Malgun Gothic" w:cs="Malgun Gothic" w:eastAsia="맑은 고딕"/>
          <w:b w:val="0"/>
          <w:color w:val="1B1D22"/>
          <w:sz w:val="21"/>
        </w:rPr>
        <w:t>2. ○○ 제품 납품 일정 변경 내용</w:t>
        <w:br/>
      </w:r>
      <w:r>
        <w:rPr>
          <w:rFonts w:ascii="Malgun Gothic" w:hAnsi="Malgun Gothic" w:cs="Malgun Gothic" w:eastAsia="맑은 고딕"/>
          <w:b w:val="0"/>
          <w:color w:val="1B1D22"/>
          <w:sz w:val="21"/>
        </w:rPr>
        <w:t>가. 변경 전: X월 X일</w:t>
        <w:br/>
      </w:r>
      <w:r>
        <w:rPr>
          <w:rFonts w:ascii="Malgun Gothic" w:hAnsi="Malgun Gothic" w:cs="Malgun Gothic" w:eastAsia="맑은 고딕"/>
          <w:b w:val="0"/>
          <w:color w:val="1B1D22"/>
          <w:sz w:val="21"/>
        </w:rPr>
        <w:t>나. 변경 후: X월 X일</w:t>
        <w:br/>
      </w:r>
      <w:r>
        <w:rPr>
          <w:rFonts w:ascii="Malgun Gothic" w:hAnsi="Malgun Gothic" w:cs="Malgun Gothic" w:eastAsia="맑은 고딕"/>
          <w:b w:val="0"/>
          <w:color w:val="1B1D22"/>
          <w:sz w:val="21"/>
        </w:rPr>
        <w:t>다. 변경 사유: 원자재 입고 지연</w:t>
        <w:br/>
      </w:r>
      <w:r>
        <w:rPr>
          <w:rFonts w:ascii="Malgun Gothic" w:hAnsi="Malgun Gothic" w:cs="Malgun Gothic" w:eastAsia="맑은 고딕"/>
          <w:b w:val="0"/>
          <w:color w:val="1B1D22"/>
          <w:sz w:val="21"/>
        </w:rPr>
        <w:t>3. 회신 요청: X월 X일까지 담당자 이메일로</w:t>
      </w:r>
    </w:p>
    <w:p>
      <w:pPr>
        <w:spacing w:before="0" w:after="360" w:line="384" w:lineRule="auto"/>
      </w:pPr>
      <w:r>
        <w:rPr>
          <w:rFonts w:ascii="Malgun Gothic" w:hAnsi="Malgun Gothic" w:cs="Malgun Gothic" w:eastAsia="맑은 고딕"/>
          <w:b w:val="0"/>
          <w:color w:val="1B1D22"/>
          <w:sz w:val="21"/>
        </w:rPr>
        <w:t xml:space="preserve">붙임  </w:t>
      </w:r>
      <w:r>
        <w:rPr>
          <w:rFonts w:ascii="Malgun Gothic" w:hAnsi="Malgun Gothic" w:cs="Malgun Gothic" w:eastAsia="맑은 고딕"/>
          <w:b w:val="0"/>
          <w:color w:val="1B1D22"/>
          <w:sz w:val="21"/>
        </w:rPr>
        <w:t>1. 변경 일정표 1부</w:t>
        <w:br/>
      </w:r>
      <w:r>
        <w:rPr>
          <w:rFonts w:ascii="Malgun Gothic" w:hAnsi="Malgun Gothic" w:cs="Malgun Gothic" w:eastAsia="맑은 고딕"/>
          <w:b w:val="0"/>
          <w:color w:val="1B1D22"/>
          <w:sz w:val="21"/>
        </w:rPr>
        <w:t>2. 견적서 1부. 끝.</w:t>
      </w:r>
    </w:p>
    <w:p>
      <w:pPr>
        <w:spacing w:before="0" w:after="280" w:line="360" w:lineRule="auto"/>
        <w:jc w:val="center"/>
      </w:pPr>
      <w:r>
        <w:rPr>
          <w:rFonts w:ascii="Malgun Gothic" w:hAnsi="Malgun Gothic" w:cs="Malgun Gothic" w:eastAsia="맑은 고딕"/>
          <w:b/>
          <w:color w:val="1B1D22"/>
          <w:sz w:val="30"/>
        </w:rPr>
        <w:t>주식회사 ○○ 대표이사 ○○○ (직인)</w:t>
      </w:r>
    </w:p>
    <w:p>
      <w:pPr>
        <w:spacing w:before="0" w:after="120" w:line="144" w:lineRule="auto"/>
        <w:pBdr>
          <w:bottom w:val="single" w:sz="8" w:color="1B1D22"/>
        </w:pBdr>
      </w:pP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1349"/>
        <w:gridCol w:w="8289"/>
      </w:tblGrid>
      <w:tr>
        <w:trPr>
          <w:trHeight w:val="454" w:hRule="atLeast"/>
          <w:cantSplit/>
        </w:trPr>
        <w:tc>
          <w:tcPr>
            <w:tcW w:type="dxa" w:w="1349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문서번호</w:t>
            </w:r>
          </w:p>
        </w:tc>
        <w:tc>
          <w:tcPr>
            <w:tcW w:type="dxa" w:w="828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1B1D22"/>
                <w:sz w:val="20"/>
              </w:rPr>
              <w:t>영업팀-0015</w:t>
            </w:r>
          </w:p>
        </w:tc>
      </w:tr>
      <w:tr>
        <w:trPr>
          <w:trHeight w:val="454" w:hRule="atLeast"/>
          <w:cantSplit/>
        </w:trPr>
        <w:tc>
          <w:tcPr>
            <w:tcW w:type="dxa" w:w="1349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시행일자</w:t>
            </w:r>
          </w:p>
        </w:tc>
        <w:tc>
          <w:tcPr>
            <w:tcW w:type="dxa" w:w="828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1B1D22"/>
                <w:sz w:val="20"/>
              </w:rPr>
              <w:t>20XX. X. X.</w:t>
            </w:r>
          </w:p>
        </w:tc>
      </w:tr>
      <w:tr>
        <w:trPr>
          <w:trHeight w:val="454" w:hRule="atLeast"/>
          <w:cantSplit/>
        </w:trPr>
        <w:tc>
          <w:tcPr>
            <w:tcW w:type="dxa" w:w="1349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연락처</w:t>
            </w:r>
          </w:p>
        </w:tc>
        <w:tc>
          <w:tcPr>
            <w:tcW w:type="dxa" w:w="828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1B1D22"/>
                <w:sz w:val="20"/>
              </w:rPr>
              <w:t>영업팀 ○○○ 대리 · 전화 · 이메일</w:t>
            </w:r>
          </w:p>
        </w:tc>
      </w:tr>
    </w:tbl>
    <w:p>
      <w:pPr>
        <w:spacing w:before="0" w:after="120" w:line="240" w:lineRule="auto"/>
      </w:pPr>
    </w:p>
    <w:sectPr w:rsidR="00FC693F" w:rsidRPr="0006063C" w:rsidSect="00034616">
      <w:footerReference w:type="default" r:id="rId9"/>
      <w:pgSz w:w="11906" w:h="16838"/>
      <w:pgMar w:top="907" w:right="1134" w:bottom="907" w:left="1134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324" w:lineRule="auto"/>
      <w:jc w:val="center"/>
    </w:pPr>
    <w:r>
      <w:rPr>
        <w:rFonts w:ascii="Malgun Gothic" w:hAnsi="Malgun Gothic" w:cs="Malgun Gothic" w:eastAsia="맑은 고딕"/>
        <w:b w:val="0"/>
        <w:color w:val="8A909C"/>
        <w:sz w:val="15"/>
      </w:rPr>
      <w:t>인포팁 양식 · info.fandit.net — 예시 양식이에요. 제출처가 정한 서식이 있으면 그 서식을 먼저 쓰세요.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기업 일반 공문</dc:title>
  <dc:subject>양식</dc:subject>
  <dc:creator>인포팁</dc:creator>
  <cp:keywords/>
  <dc:description>info.fandit.net</dc:description>
  <cp:lastModifiedBy>인포팁</cp:lastModifiedBy>
  <cp:revision>1</cp:revision>
  <dcterms:created xsi:type="dcterms:W3CDTF">2013-12-23T23:15:00Z</dcterms:created>
  <dcterms:modified xsi:type="dcterms:W3CDTF">2013-12-23T23:15:00Z</dcterms:modified>
  <cp:category/>
</cp:coreProperties>
</file>