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60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32"/>
        </w:rPr>
        <w:t>주식회사 ○○</w:t>
      </w:r>
    </w:p>
    <w:p>
      <w:pPr>
        <w:spacing w:before="0" w:after="160" w:line="360" w:lineRule="auto"/>
        <w:jc w:val="center"/>
      </w:pPr>
      <w:r>
        <w:rPr>
          <w:rFonts w:ascii="Malgun Gothic" w:hAnsi="Malgun Gothic" w:cs="Malgun Gothic" w:eastAsia="맑은 고딕"/>
          <w:b w:val="0"/>
          <w:color w:val="8A909C"/>
          <w:sz w:val="18"/>
        </w:rPr>
        <w:t>(</w:t>
      </w:r>
      <w:r>
        <w:rPr>
          <w:rFonts w:ascii="Malgun Gothic" w:hAnsi="Malgun Gothic" w:cs="Malgun Gothic" w:eastAsia="맑은 고딕"/>
          <w:b w:val="0"/>
          <w:color w:val="8A909C"/>
          <w:sz w:val="18"/>
        </w:rPr>
        <w:t>주소 · 대표전화</w:t>
      </w:r>
      <w:r>
        <w:rPr>
          <w:rFonts w:ascii="Malgun Gothic" w:hAnsi="Malgun Gothic" w:cs="Malgun Gothic" w:eastAsia="맑은 고딕"/>
          <w:b w:val="0"/>
          <w:color w:val="8A909C"/>
          <w:sz w:val="18"/>
        </w:rPr>
        <w:t>)</w:t>
      </w:r>
    </w:p>
    <w:p>
      <w:pPr>
        <w:spacing w:before="0" w:after="120" w:line="144" w:lineRule="auto"/>
        <w:pBdr>
          <w:bottom w:val="single" w:sz="8" w:color="1B1D22"/>
        </w:pBdr>
      </w:pP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1349"/>
        <w:gridCol w:w="8289"/>
      </w:tblGrid>
      <w:tr>
        <w:trPr>
          <w:trHeight w:val="510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수신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기관이 안내한 수신처 그대로</w:t>
            </w:r>
          </w:p>
        </w:tc>
      </w:tr>
      <w:tr>
        <w:trPr>
          <w:trHeight w:val="510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제목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○○ 관련 자료 제출</w:t>
            </w:r>
          </w:p>
        </w:tc>
      </w:tr>
    </w:tbl>
    <w:p>
      <w:pPr>
        <w:spacing w:before="0" w:after="120" w:line="240" w:lineRule="auto"/>
      </w:pPr>
    </w:p>
    <w:p>
      <w:pPr>
        <w:spacing w:before="0" w:after="100" w:line="408" w:lineRule="auto"/>
      </w:pP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1. 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관련: ○○시 ○○과-1234(20XX. X. X.)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2. 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위 관련 문서로 요청한 자료를 붙임과 같이 제출</w:t>
      </w:r>
    </w:p>
    <w:p>
      <w:pPr>
        <w:spacing w:before="0" w:after="360" w:line="384" w:lineRule="auto"/>
      </w:pP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붙임  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제출 자료명 1부. 끝.</w:t>
      </w:r>
    </w:p>
    <w:p>
      <w:pPr>
        <w:spacing w:before="0" w:after="280" w:line="360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30"/>
        </w:rPr>
        <w:t>주식회사 ○○ 대표이사 ○○○ (직인)</w:t>
      </w:r>
    </w:p>
    <w:p>
      <w:pPr>
        <w:spacing w:before="0" w:after="120" w:line="144" w:lineRule="auto"/>
        <w:pBdr>
          <w:bottom w:val="single" w:sz="8" w:color="1B1D22"/>
        </w:pBdr>
      </w:pP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1349"/>
        <w:gridCol w:w="8289"/>
      </w:tblGrid>
      <w:tr>
        <w:trPr>
          <w:trHeight w:val="454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문서번호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영업팀-0015</w:t>
            </w:r>
          </w:p>
        </w:tc>
      </w:tr>
      <w:tr>
        <w:trPr>
          <w:trHeight w:val="454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시행일자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20XX. X. X.</w:t>
            </w:r>
          </w:p>
        </w:tc>
      </w:tr>
      <w:tr>
        <w:trPr>
          <w:trHeight w:val="454" w:hRule="atLeast"/>
          <w:cantSplit/>
        </w:trPr>
        <w:tc>
          <w:tcPr>
            <w:tcW w:type="dxa" w:w="134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연락처</w:t>
            </w:r>
          </w:p>
        </w:tc>
        <w:tc>
          <w:tcPr>
            <w:tcW w:type="dxa" w:w="828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0"/>
              </w:rPr>
              <w:t>영업팀 ○○○ 대리 · 전화 · 이메일</w:t>
            </w:r>
          </w:p>
        </w:tc>
      </w:tr>
    </w:tbl>
    <w:p>
      <w:pPr>
        <w:spacing w:before="0" w:after="12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관공서에 내는 공문은 형식보다 '그 기관이 무엇을 정해 뒀는지'가 먼저예요.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관공서 제출용 공문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