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2"/>
        </w:rPr>
        <w:t>주식회사 ○○</w:t>
      </w:r>
    </w:p>
    <w:p>
      <w:pPr>
        <w:spacing w:before="0" w:after="160" w:line="360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8"/>
        </w:rPr>
        <w:t>(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주소 · 대표전화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수신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받은 공문의 발신 회사·부서</w:t>
            </w:r>
          </w:p>
        </w:tc>
      </w:tr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제목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○○ 협조 요청에 대한 회신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1.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관련: 주식회사 △△ 구매팀-0123(20XX. X. X.)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2.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요청 항목별 답변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가. ○○ → 가능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나. ○○ → X월 X일까지 회신 예정</w:t>
      </w:r>
    </w:p>
    <w:p>
      <w:pPr>
        <w:spacing w:before="0" w:after="360" w:line="384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붙임 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자료를 함께 보낼 때만 ○○ 1부. 끝.</w:t>
      </w:r>
    </w:p>
    <w:p>
      <w:pPr>
        <w:spacing w:before="0" w:after="28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0"/>
        </w:rPr>
        <w:t>주식회사 ○○ 대표이사 ○○○ (직인)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문서번호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영업팀-0015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시행일자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20XX. X. X.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연락처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 ○○○ 대리 · 전화 · 이메일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요청이 여러 개면 번호를 요청 순서와 똑같이 맞춰 하나씩 답하세요.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회신 공문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