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 w:line="288" w:lineRule="auto"/>
        <w:jc w:val="center"/>
      </w:pPr>
      <w:r>
        <w:rPr>
          <w:rFonts w:ascii="Malgun Gothic" w:hAnsi="Malgun Gothic" w:cs="Malgun Gothic" w:eastAsia="맑은 고딕"/>
          <w:b/>
          <w:color w:val="1B1D22"/>
          <w:sz w:val="40"/>
        </w:rPr>
        <w:t>친권자(후견인) 동의서</w:t>
      </w:r>
    </w:p>
    <w:p>
      <w:pPr>
        <w:spacing w:before="0" w:after="240" w:line="324" w:lineRule="auto"/>
        <w:jc w:val="center"/>
      </w:pPr>
      <w:r>
        <w:rPr>
          <w:rFonts w:ascii="Malgun Gothic" w:hAnsi="Malgun Gothic" w:cs="Malgun Gothic" w:eastAsia="맑은 고딕"/>
          <w:b w:val="0"/>
          <w:color w:val="8A909C"/>
          <w:sz w:val="19"/>
        </w:rPr>
        <w:t>미성년자 근로 동의</w:t>
      </w:r>
    </w:p>
    <w:p>
      <w:pPr>
        <w:keepNext/>
        <w:spacing w:before="160" w:after="80" w:line="324" w:lineRule="auto"/>
      </w:pPr>
      <w:r>
        <w:rPr>
          <w:rFonts w:ascii="Malgun Gothic" w:hAnsi="Malgun Gothic" w:cs="Malgun Gothic" w:eastAsia="맑은 고딕"/>
          <w:b/>
          <w:color w:val="1B1D22"/>
          <w:sz w:val="23"/>
        </w:rPr>
        <w:t>근로자 정보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이름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생년월일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</w:tbl>
    <w:p>
      <w:pPr>
        <w:spacing w:before="0" w:after="120" w:line="240" w:lineRule="auto"/>
      </w:pPr>
    </w:p>
    <w:p>
      <w:pPr>
        <w:keepNext/>
        <w:spacing w:before="160" w:after="80" w:line="324" w:lineRule="auto"/>
      </w:pPr>
      <w:r>
        <w:rPr>
          <w:rFonts w:ascii="Malgun Gothic" w:hAnsi="Malgun Gothic" w:cs="Malgun Gothic" w:eastAsia="맑은 고딕"/>
          <w:b/>
          <w:color w:val="1B1D22"/>
          <w:sz w:val="23"/>
        </w:rPr>
        <w:t>동의하는 사람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이름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친권자 또는 후견인의 이름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학생과의 관계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</w:tbl>
    <w:p>
      <w:pPr>
        <w:spacing w:before="0" w:after="120" w:line="240" w:lineRule="auto"/>
      </w:pPr>
    </w:p>
    <w:p>
      <w:pPr>
        <w:keepNext/>
        <w:spacing w:before="160" w:after="80" w:line="324" w:lineRule="auto"/>
      </w:pPr>
      <w:r>
        <w:rPr>
          <w:rFonts w:ascii="Malgun Gothic" w:hAnsi="Malgun Gothic" w:cs="Malgun Gothic" w:eastAsia="맑은 고딕"/>
          <w:b/>
          <w:color w:val="1B1D22"/>
          <w:sz w:val="23"/>
        </w:rPr>
        <w:t>근무처와 동의 내용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사업장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일할 사업장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하는 일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사업장 연락처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</w:tbl>
    <w:p>
      <w:pPr>
        <w:spacing w:before="0" w:after="120" w:line="240" w:lineRule="auto"/>
      </w:pPr>
    </w:p>
    <w:p>
      <w:pPr>
        <w:spacing w:before="0" w:after="40" w:line="360" w:lineRule="auto"/>
      </w:pPr>
      <w:r>
        <w:rPr>
          <w:rFonts w:ascii="Malgun Gothic" w:hAnsi="Malgun Gothic" w:cs="Malgun Gothic" w:eastAsia="맑은 고딕"/>
          <w:b w:val="0"/>
          <w:color w:val="1B1D22"/>
          <w:sz w:val="21"/>
        </w:rPr>
        <w:t>본인은 위 근로자가 위 사업장에서 일하는 것에 동의합니다.</w:t>
      </w:r>
    </w:p>
    <w:p>
      <w:pPr>
        <w:spacing w:before="200" w:after="200" w:line="324" w:lineRule="auto"/>
        <w:jc w:val="center"/>
      </w:pPr>
      <w:r>
        <w:rPr>
          <w:rFonts w:ascii="Malgun Gothic" w:hAnsi="Malgun Gothic" w:cs="Malgun Gothic" w:eastAsia="맑은 고딕"/>
          <w:b w:val="0"/>
          <w:color w:val="1B1D22"/>
          <w:sz w:val="22"/>
        </w:rPr>
        <w:t>작성일   20      년      월      일</w:t>
      </w:r>
    </w:p>
    <w:tbl>
      <w:tblPr>
        <w:tblLook w:firstColumn="1" w:firstRow="1" w:lastColumn="0" w:lastRow="0" w:noHBand="0" w:noVBand="1" w:val="04A0"/>
        <w:tblLayout w:type="fixed"/>
        <w:tblW w:w="9639" w:type="dxa"/>
      </w:tblPr>
      <w:tblGrid>
        <w:gridCol w:w="2608"/>
        <w:gridCol w:w="4762"/>
        <w:gridCol w:w="2268"/>
      </w:tblGrid>
      <w:tr>
        <w:trPr>
          <w:trHeight w:val="680" w:hRule="atLeast"/>
          <w:cantSplit/>
        </w:trPr>
        <w:tc>
          <w:tcPr>
            <w:tcW w:type="dxa" w:w="2608"/>
            <w:vAlign w:val="bottom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1"/>
              </w:rPr>
              <w:t>친권자 또는 후견인</w:t>
            </w:r>
          </w:p>
        </w:tc>
        <w:tc>
          <w:tcPr>
            <w:tcW w:type="dxa" w:w="4762"/>
            <w:vAlign w:val="bottom"/>
            <w:tcBorders>
              <w:bottom w:val="single" w:sz="6" w:color="9AA1AD"/>
            </w:tcBorders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1"/>
              </w:rPr>
              <w:t>성명</w:t>
            </w:r>
          </w:p>
        </w:tc>
        <w:tc>
          <w:tcPr>
            <w:tcW w:type="dxa" w:w="2268"/>
            <w:vAlign w:val="bottom"/>
          </w:tcPr>
          <w:p>
            <w:pPr>
              <w:spacing w:before="0" w:after="0" w:line="312" w:lineRule="auto"/>
              <w:jc w:val="right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9"/>
              </w:rPr>
              <w:t>(서명)</w:t>
            </w:r>
          </w:p>
        </w:tc>
      </w:tr>
    </w:tbl>
    <w:p>
      <w:pPr>
        <w:spacing w:before="0" w:after="80" w:line="240" w:lineRule="auto"/>
      </w:pP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10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첨부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가족관계기록사항에 관한 증명서</w:t>
            </w:r>
          </w:p>
        </w:tc>
      </w:tr>
    </w:tbl>
    <w:p>
      <w:pPr>
        <w:spacing w:before="0" w:after="120" w:line="240" w:lineRule="auto"/>
      </w:pPr>
    </w:p>
    <w:p>
      <w:pPr>
        <w:spacing w:before="120" w:after="0" w:line="336" w:lineRule="auto"/>
      </w:pPr>
      <w:r>
        <w:rPr>
          <w:rFonts w:ascii="Malgun Gothic" w:hAnsi="Malgun Gothic" w:cs="Malgun Gothic" w:eastAsia="맑은 고딕"/>
          <w:b w:val="0"/>
          <w:color w:val="8A909C"/>
          <w:sz w:val="17"/>
        </w:rPr>
        <w:t>※ 근로계약 자체는 학생 본인이 사업주와 맺어요.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324" w:lineRule="auto"/>
      <w:jc w:val="center"/>
    </w:pPr>
    <w:r>
      <w:rPr>
        <w:rFonts w:ascii="Malgun Gothic" w:hAnsi="Malgun Gothic" w:cs="Malgun Gothic" w:eastAsia="맑은 고딕"/>
        <w:b w:val="0"/>
        <w:color w:val="8A909C"/>
        <w:sz w:val="15"/>
      </w:rPr>
      <w:t>인포팁 양식 · info.fandit.net — 예시 양식이에요. 제출처가 정한 서식이 있으면 그 서식을 먼저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친권자(후견인) 동의서</dc:title>
  <dc:subject>양식</dc:subject>
  <dc:creator>인포팁</dc:creator>
  <cp:keywords/>
  <dc:description>info.fandit.net</dc:description>
  <cp:lastModifiedBy>인포팁</cp:lastModifiedBy>
  <cp:revision>1</cp:revision>
  <dcterms:created xsi:type="dcterms:W3CDTF">2013-12-23T23:15:00Z</dcterms:created>
  <dcterms:modified xsi:type="dcterms:W3CDTF">2013-12-23T23:15:00Z</dcterms:modified>
  <cp:category/>
</cp:coreProperties>
</file>