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2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개인정보 수집·이용 동의서</w:t>
      </w:r>
    </w:p>
    <w:p>
      <w:pPr>
        <w:spacing w:before="0" w:after="100" w:line="360" w:lineRule="auto"/>
      </w:pPr>
      <w:r>
        <w:rPr>
          <w:rFonts w:ascii="Malgun Gothic" w:hAnsi="Malgun Gothic" w:cs="Malgun Gothic" w:eastAsia="맑은 고딕"/>
          <w:b w:val="0"/>
          <w:color w:val="1B1D22"/>
          <w:sz w:val="21"/>
        </w:rPr>
        <w:t>[회사·기관명]은(는) 아래와 같이 개인정보를 수집·이용하려고 해요. 내용을 읽고 동의 여부를 표시해 주세요.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506"/>
        <w:gridCol w:w="7132"/>
      </w:tblGrid>
      <w:tr>
        <w:trPr>
          <w:trHeight w:val="567" w:hRule="atLeast"/>
          <w:cantSplit/>
        </w:trPr>
        <w:tc>
          <w:tcPr>
            <w:tcW w:type="dxa" w:w="2506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개인정보처리자</w:t>
            </w:r>
          </w:p>
        </w:tc>
        <w:tc>
          <w:tcPr>
            <w:tcW w:type="dxa" w:w="713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[회사·기관명]</w:t>
            </w:r>
          </w:p>
        </w:tc>
      </w:tr>
      <w:tr>
        <w:trPr>
          <w:trHeight w:val="737" w:hRule="atLeast"/>
          <w:cantSplit/>
        </w:trPr>
        <w:tc>
          <w:tcPr>
            <w:tcW w:type="dxa" w:w="2506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수집·이용 목적</w:t>
            </w:r>
          </w:p>
        </w:tc>
        <w:tc>
          <w:tcPr>
            <w:tcW w:type="dxa" w:w="713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[무엇에 쓰는지 구체적으로]</w:t>
            </w:r>
          </w:p>
        </w:tc>
      </w:tr>
      <w:tr>
        <w:trPr>
          <w:trHeight w:val="737" w:hRule="atLeast"/>
          <w:cantSplit/>
        </w:trPr>
        <w:tc>
          <w:tcPr>
            <w:tcW w:type="dxa" w:w="2506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수집 항목</w:t>
            </w:r>
          </w:p>
        </w:tc>
        <w:tc>
          <w:tcPr>
            <w:tcW w:type="dxa" w:w="713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[목적에 필요한 항목만 하나씩]</w:t>
            </w:r>
          </w:p>
        </w:tc>
      </w:tr>
      <w:tr>
        <w:trPr>
          <w:trHeight w:val="737" w:hRule="atLeast"/>
          <w:cantSplit/>
        </w:trPr>
        <w:tc>
          <w:tcPr>
            <w:tcW w:type="dxa" w:w="2506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보유·이용 기간</w:t>
            </w:r>
          </w:p>
        </w:tc>
        <w:tc>
          <w:tcPr>
            <w:tcW w:type="dxa" w:w="713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[언제까지 보관하고 파기하는지]</w:t>
            </w:r>
          </w:p>
        </w:tc>
      </w:tr>
      <w:tr>
        <w:trPr>
          <w:trHeight w:val="737" w:hRule="atLeast"/>
          <w:cantSplit/>
        </w:trPr>
        <w:tc>
          <w:tcPr>
            <w:tcW w:type="dxa" w:w="2506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동의 거부 권리</w:t>
            </w:r>
          </w:p>
        </w:tc>
        <w:tc>
          <w:tcPr>
            <w:tcW w:type="dxa" w:w="713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동의를 거부할 수 있어요. 거부하면 [실제 불이익]. (불이익이 없으면 이 문장은 빼요)</w:t>
            </w:r>
          </w:p>
        </w:tc>
      </w:tr>
      <w:tr>
        <w:trPr>
          <w:trHeight w:val="567" w:hRule="atLeast"/>
          <w:cantSplit/>
        </w:trPr>
        <w:tc>
          <w:tcPr>
            <w:tcW w:type="dxa" w:w="2506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동의 여부</w:t>
            </w:r>
          </w:p>
        </w:tc>
        <w:tc>
          <w:tcPr>
            <w:tcW w:type="dxa" w:w="713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□ 동의함 □ 동의하지 않음</w:t>
            </w:r>
          </w:p>
        </w:tc>
      </w:tr>
    </w:tbl>
    <w:p>
      <w:pPr>
        <w:spacing w:before="0" w:after="120" w:line="240" w:lineRule="auto"/>
      </w:pPr>
    </w:p>
    <w:p>
      <w:pPr>
        <w:spacing w:before="200" w:after="20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1B1D22"/>
          <w:sz w:val="22"/>
        </w:rPr>
        <w:t>작성일   20      년      월      일</w:t>
      </w:r>
    </w:p>
    <w:tbl>
      <w:tblPr>
        <w:tblLook w:firstColumn="1" w:firstRow="1" w:lastColumn="0" w:lastRow="0" w:noHBand="0" w:noVBand="1" w:val="04A0"/>
        <w:tblLayout w:type="fixed"/>
        <w:tblW w:w="9639" w:type="dxa"/>
      </w:tblPr>
      <w:tblGrid>
        <w:gridCol w:w="2608"/>
        <w:gridCol w:w="4762"/>
        <w:gridCol w:w="2268"/>
      </w:tblGrid>
      <w:tr>
        <w:trPr>
          <w:trHeight w:val="680" w:hRule="atLeast"/>
          <w:cantSplit/>
        </w:trPr>
        <w:tc>
          <w:tcPr>
            <w:tcW w:type="dxa" w:w="2608"/>
            <w:vAlign w:val="bottom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1"/>
              </w:rPr>
              <w:t>동의하는 사람</w:t>
            </w:r>
          </w:p>
        </w:tc>
        <w:tc>
          <w:tcPr>
            <w:tcW w:type="dxa" w:w="4762"/>
            <w:vAlign w:val="bottom"/>
            <w:tcBorders>
              <w:bottom w:val="single" w:sz="6" w:color="9AA1AD"/>
            </w:tcBorders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1"/>
              </w:rPr>
              <w:t>성명</w:t>
            </w:r>
          </w:p>
        </w:tc>
        <w:tc>
          <w:tcPr>
            <w:tcW w:type="dxa" w:w="2268"/>
            <w:vAlign w:val="bottom"/>
          </w:tcPr>
          <w:p>
            <w:pPr>
              <w:spacing w:before="0" w:after="0" w:line="312" w:lineRule="auto"/>
              <w:jc w:val="right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9"/>
              </w:rPr>
              <w:t>(서명)</w:t>
            </w:r>
          </w:p>
        </w:tc>
      </w:tr>
    </w:tbl>
    <w:p>
      <w:pPr>
        <w:spacing w:before="0" w:after="8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제3자 제공이나 마케팅 동의가 필요하면 이 표에 행을 추가하지 말고 표를 따로 만들어요.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수집·이용 동의서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